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2A8B8A" w14:textId="77777777" w:rsidR="00B26839" w:rsidRDefault="00000000">
      <w:pPr>
        <w:spacing w:after="60"/>
      </w:pPr>
      <w:r>
        <w:rPr>
          <w:rFonts w:eastAsia="Cambria"/>
          <w:b/>
          <w:color w:val="2196F3"/>
          <w:sz w:val="16"/>
        </w:rPr>
        <w:t>SYSTEMATIC REVIEW / META-ANALYSIS</w:t>
      </w:r>
    </w:p>
    <w:p w14:paraId="1F38100A" w14:textId="77777777" w:rsidR="00B26839" w:rsidRDefault="00000000">
      <w:pPr>
        <w:spacing w:after="160"/>
      </w:pPr>
      <w:r>
        <w:rPr>
          <w:rFonts w:eastAsia="Cambria" w:cs="Cambria"/>
          <w:color w:val="626C70"/>
          <w:sz w:val="16"/>
        </w:rPr>
        <w:t>Enigma in Education  |  Vol. [X], No. [X] ([YEAR])  |  Article [eLocator] / pp. [XX-XX]  |  doi: 10.61996/edu.v[X]i[X].[XXX]</w:t>
      </w:r>
    </w:p>
    <w:p w14:paraId="44CC207B" w14:textId="77777777" w:rsidR="00B26839" w:rsidRDefault="00000000">
      <w:pPr>
        <w:keepNext/>
        <w:spacing w:after="120" w:line="245" w:lineRule="auto"/>
      </w:pPr>
      <w:r>
        <w:rPr>
          <w:rFonts w:eastAsia="Cambria" w:cs="Cambria"/>
          <w:b/>
          <w:color w:val="030135"/>
          <w:sz w:val="37"/>
        </w:rPr>
        <w:t>[INSERT A CONCISE, INFORMATIVE SYSTEMATIC REVIEW OR META-ANALYSIS TITLE]</w:t>
      </w:r>
    </w:p>
    <w:p w14:paraId="6606E825" w14:textId="77777777" w:rsidR="00B26839" w:rsidRDefault="00000000">
      <w:pPr>
        <w:keepNext/>
      </w:pPr>
      <w:r>
        <w:rPr>
          <w:rFonts w:eastAsia="Cambria" w:cs="Cambria"/>
          <w:b/>
          <w:color w:val="252A2C"/>
          <w:sz w:val="20"/>
        </w:rPr>
        <w:t>[Given Name Family Name]</w:t>
      </w:r>
      <w:r>
        <w:rPr>
          <w:rFonts w:eastAsia="Cambria" w:cs="Cambria"/>
          <w:b/>
          <w:color w:val="252A2C"/>
          <w:sz w:val="20"/>
          <w:vertAlign w:val="superscript"/>
        </w:rPr>
        <w:t>1,*</w:t>
      </w:r>
      <w:r>
        <w:rPr>
          <w:rFonts w:eastAsia="Cambria" w:cs="Cambria"/>
          <w:b/>
          <w:color w:val="252A2C"/>
          <w:sz w:val="20"/>
        </w:rPr>
        <w:t>, [Given Name Family Name]</w:t>
      </w:r>
      <w:r>
        <w:rPr>
          <w:rFonts w:eastAsia="Cambria" w:cs="Cambria"/>
          <w:b/>
          <w:color w:val="252A2C"/>
          <w:sz w:val="20"/>
          <w:vertAlign w:val="superscript"/>
        </w:rPr>
        <w:t>2</w:t>
      </w:r>
      <w:r>
        <w:rPr>
          <w:rFonts w:eastAsia="Cambria" w:cs="Cambria"/>
          <w:b/>
          <w:color w:val="252A2C"/>
          <w:sz w:val="20"/>
        </w:rPr>
        <w:t>, [Given Name Family Name]</w:t>
      </w:r>
      <w:r>
        <w:rPr>
          <w:rFonts w:eastAsia="Cambria" w:cs="Cambria"/>
          <w:b/>
          <w:color w:val="252A2C"/>
          <w:sz w:val="20"/>
          <w:vertAlign w:val="superscript"/>
        </w:rPr>
        <w:t>3</w:t>
      </w:r>
    </w:p>
    <w:p w14:paraId="3204CF00" w14:textId="77777777" w:rsidR="00B26839" w:rsidRDefault="00000000">
      <w:pPr>
        <w:keepNext/>
        <w:spacing w:after="20"/>
      </w:pPr>
      <w:r>
        <w:rPr>
          <w:rFonts w:eastAsia="Cambria" w:cs="Cambria"/>
          <w:i/>
          <w:color w:val="626C70"/>
          <w:sz w:val="16"/>
          <w:vertAlign w:val="superscript"/>
        </w:rPr>
        <w:t>1</w:t>
      </w:r>
      <w:r>
        <w:rPr>
          <w:rFonts w:eastAsia="Cambria" w:cs="Cambria"/>
          <w:i/>
          <w:color w:val="626C70"/>
          <w:sz w:val="16"/>
        </w:rPr>
        <w:t>[Department, Faculty, Institution, City, Country]</w:t>
      </w:r>
    </w:p>
    <w:p w14:paraId="7D85FAA1" w14:textId="77777777" w:rsidR="00B26839" w:rsidRDefault="00000000">
      <w:pPr>
        <w:keepNext/>
        <w:spacing w:after="20"/>
      </w:pPr>
      <w:r>
        <w:rPr>
          <w:rFonts w:eastAsia="Cambria" w:cs="Cambria"/>
          <w:i/>
          <w:color w:val="626C70"/>
          <w:sz w:val="16"/>
          <w:vertAlign w:val="superscript"/>
        </w:rPr>
        <w:t>2</w:t>
      </w:r>
      <w:r>
        <w:rPr>
          <w:rFonts w:eastAsia="Cambria" w:cs="Cambria"/>
          <w:i/>
          <w:color w:val="626C70"/>
          <w:sz w:val="16"/>
        </w:rPr>
        <w:t>[Department, Faculty, Institution, City, Country]</w:t>
      </w:r>
    </w:p>
    <w:p w14:paraId="17ECE535" w14:textId="77777777" w:rsidR="00B26839" w:rsidRDefault="00000000">
      <w:pPr>
        <w:keepNext/>
        <w:spacing w:after="20"/>
      </w:pPr>
      <w:r>
        <w:rPr>
          <w:rFonts w:eastAsia="Cambria" w:cs="Cambria"/>
          <w:i/>
          <w:color w:val="626C70"/>
          <w:sz w:val="16"/>
          <w:vertAlign w:val="superscript"/>
        </w:rPr>
        <w:t>3</w:t>
      </w:r>
      <w:r>
        <w:rPr>
          <w:rFonts w:eastAsia="Cambria" w:cs="Cambria"/>
          <w:i/>
          <w:color w:val="626C70"/>
          <w:sz w:val="16"/>
        </w:rPr>
        <w:t>[Department, Faculty, Institution, City, Country]</w:t>
      </w:r>
    </w:p>
    <w:tbl>
      <w:tblPr>
        <w:tblW w:w="0" w:type="auto"/>
        <w:jc w:val="center"/>
        <w:tblBorders>
          <w:top w:val="single" w:sz="10" w:space="0" w:color="2196F3"/>
          <w:left w:val="nil"/>
          <w:bottom w:val="single" w:sz="10" w:space="0" w:color="2196F3"/>
          <w:right w:val="nil"/>
          <w:insideH w:val="nil"/>
          <w:insideV w:val="single" w:sz="6" w:space="0" w:color="C9DDF2"/>
        </w:tblBorders>
        <w:tblLayout w:type="fixed"/>
        <w:tblLook w:val="04A0" w:firstRow="1" w:lastRow="0" w:firstColumn="1" w:lastColumn="0" w:noHBand="0" w:noVBand="1"/>
      </w:tblPr>
      <w:tblGrid>
        <w:gridCol w:w="3269"/>
        <w:gridCol w:w="6768"/>
      </w:tblGrid>
      <w:tr w:rsidR="00B26839" w14:paraId="2AD94CF7" w14:textId="77777777">
        <w:trPr>
          <w:cantSplit/>
          <w:jc w:val="center"/>
        </w:trPr>
        <w:tc>
          <w:tcPr>
            <w:tcW w:w="3269" w:type="dxa"/>
            <w:shd w:val="clear" w:color="auto" w:fill="F4F8FD"/>
            <w:tcMar>
              <w:top w:w="135" w:type="dxa"/>
              <w:left w:w="145" w:type="dxa"/>
              <w:bottom w:w="125" w:type="dxa"/>
              <w:right w:w="145" w:type="dxa"/>
            </w:tcMar>
          </w:tcPr>
          <w:p w14:paraId="7621D953" w14:textId="77777777" w:rsidR="00B26839" w:rsidRDefault="00000000">
            <w:pPr>
              <w:keepNext/>
              <w:spacing w:after="160"/>
            </w:pPr>
            <w:r>
              <w:rPr>
                <w:rFonts w:eastAsia="Cambria"/>
                <w:b/>
                <w:color w:val="2196F3"/>
                <w:sz w:val="16"/>
              </w:rPr>
              <w:t>A R T I C L E   I N F O</w:t>
            </w:r>
          </w:p>
          <w:p w14:paraId="0B9B3267" w14:textId="77777777" w:rsidR="00B26839" w:rsidRDefault="00000000">
            <w:pPr>
              <w:spacing w:after="60"/>
            </w:pPr>
            <w:r>
              <w:rPr>
                <w:rFonts w:eastAsia="Cambria"/>
                <w:b/>
                <w:color w:val="030135"/>
                <w:sz w:val="14"/>
              </w:rPr>
              <w:t>Article type</w:t>
            </w:r>
            <w:r>
              <w:rPr>
                <w:rFonts w:eastAsia="Cambria"/>
                <w:b/>
                <w:color w:val="030135"/>
                <w:sz w:val="14"/>
              </w:rPr>
              <w:br/>
            </w:r>
            <w:r>
              <w:rPr>
                <w:rFonts w:eastAsia="Cambria"/>
                <w:color w:val="252A2C"/>
                <w:sz w:val="14"/>
              </w:rPr>
              <w:t>[Systematic Review / Meta-analysis]</w:t>
            </w:r>
          </w:p>
          <w:p w14:paraId="5BE94673" w14:textId="77777777" w:rsidR="00B26839" w:rsidRDefault="00000000">
            <w:pPr>
              <w:spacing w:after="60"/>
            </w:pPr>
            <w:r>
              <w:rPr>
                <w:rFonts w:eastAsia="Cambria"/>
                <w:b/>
                <w:color w:val="030135"/>
                <w:sz w:val="14"/>
              </w:rPr>
              <w:t>Publication details</w:t>
            </w:r>
            <w:r>
              <w:rPr>
                <w:rFonts w:eastAsia="Cambria"/>
                <w:b/>
                <w:color w:val="030135"/>
                <w:sz w:val="14"/>
              </w:rPr>
              <w:br/>
            </w:r>
            <w:r>
              <w:rPr>
                <w:rFonts w:eastAsia="Cambria"/>
                <w:color w:val="252A2C"/>
                <w:sz w:val="14"/>
              </w:rPr>
              <w:t>Enigma in Education. Vol. [X], No. [X] ([YEAR]); Article [eLocator] / pp. [XX–XX].</w:t>
            </w:r>
          </w:p>
          <w:p w14:paraId="1F4089FD" w14:textId="77777777" w:rsidR="00B26839" w:rsidRDefault="00000000">
            <w:pPr>
              <w:spacing w:after="60"/>
            </w:pPr>
            <w:r>
              <w:rPr>
                <w:rFonts w:eastAsia="Cambria"/>
                <w:b/>
                <w:color w:val="030135"/>
                <w:sz w:val="14"/>
              </w:rPr>
              <w:t>Article history</w:t>
            </w:r>
            <w:r>
              <w:rPr>
                <w:rFonts w:eastAsia="Cambria"/>
                <w:b/>
                <w:color w:val="030135"/>
                <w:sz w:val="14"/>
              </w:rPr>
              <w:br/>
            </w:r>
            <w:r>
              <w:rPr>
                <w:rFonts w:eastAsia="Cambria"/>
                <w:color w:val="252A2C"/>
                <w:sz w:val="14"/>
              </w:rPr>
              <w:t>Received: [DD Month YYYY]</w:t>
            </w:r>
            <w:r>
              <w:rPr>
                <w:rFonts w:eastAsia="Cambria"/>
                <w:color w:val="252A2C"/>
                <w:sz w:val="14"/>
              </w:rPr>
              <w:br/>
              <w:t>Revised: [DD Month YYYY]</w:t>
            </w:r>
            <w:r>
              <w:rPr>
                <w:rFonts w:eastAsia="Cambria"/>
                <w:color w:val="252A2C"/>
                <w:sz w:val="14"/>
              </w:rPr>
              <w:br/>
              <w:t>Accepted: [DD Month YYYY]</w:t>
            </w:r>
            <w:r>
              <w:rPr>
                <w:rFonts w:eastAsia="Cambria"/>
                <w:color w:val="252A2C"/>
                <w:sz w:val="14"/>
              </w:rPr>
              <w:br/>
              <w:t>Available online: [DD Month YYYY]</w:t>
            </w:r>
            <w:r>
              <w:rPr>
                <w:rFonts w:eastAsia="Cambria"/>
                <w:color w:val="252A2C"/>
                <w:sz w:val="14"/>
              </w:rPr>
              <w:br/>
              <w:t>Published: [DD Month YYYY]</w:t>
            </w:r>
          </w:p>
          <w:p w14:paraId="09FA6B15" w14:textId="77777777" w:rsidR="00B26839" w:rsidRDefault="00000000">
            <w:pPr>
              <w:spacing w:after="60"/>
            </w:pPr>
            <w:r>
              <w:rPr>
                <w:rFonts w:eastAsia="Cambria"/>
                <w:b/>
                <w:color w:val="030135"/>
                <w:sz w:val="14"/>
              </w:rPr>
              <w:t>Keywords</w:t>
            </w:r>
            <w:r>
              <w:rPr>
                <w:rFonts w:eastAsia="Cambria"/>
                <w:b/>
                <w:color w:val="030135"/>
                <w:sz w:val="14"/>
              </w:rPr>
              <w:br/>
            </w:r>
            <w:r>
              <w:rPr>
                <w:rFonts w:eastAsia="Cambria"/>
                <w:color w:val="252A2C"/>
                <w:sz w:val="14"/>
              </w:rPr>
              <w:t>[3–5 indexing terms; separated by semicolons]</w:t>
            </w:r>
          </w:p>
          <w:p w14:paraId="66EAB2A2" w14:textId="77777777" w:rsidR="00B26839" w:rsidRDefault="00000000">
            <w:pPr>
              <w:spacing w:after="60"/>
            </w:pPr>
            <w:r>
              <w:rPr>
                <w:rFonts w:eastAsia="Cambria"/>
                <w:b/>
                <w:color w:val="030135"/>
                <w:sz w:val="14"/>
              </w:rPr>
              <w:t>Corresponding author</w:t>
            </w:r>
            <w:r>
              <w:rPr>
                <w:rFonts w:eastAsia="Cambria"/>
                <w:b/>
                <w:color w:val="030135"/>
                <w:sz w:val="14"/>
              </w:rPr>
              <w:br/>
            </w:r>
            <w:r>
              <w:rPr>
                <w:rFonts w:eastAsia="Cambria"/>
                <w:color w:val="252A2C"/>
                <w:sz w:val="14"/>
              </w:rPr>
              <w:t>[Full Name]</w:t>
            </w:r>
            <w:r>
              <w:rPr>
                <w:rFonts w:eastAsia="Cambria"/>
                <w:color w:val="252A2C"/>
                <w:sz w:val="14"/>
              </w:rPr>
              <w:br/>
              <w:t>[author@institution.edu]</w:t>
            </w:r>
          </w:p>
          <w:p w14:paraId="54D3DEEC" w14:textId="77777777" w:rsidR="00B26839" w:rsidRDefault="00000000">
            <w:pPr>
              <w:spacing w:after="60"/>
            </w:pPr>
            <w:r>
              <w:rPr>
                <w:rFonts w:eastAsia="Cambria"/>
                <w:b/>
                <w:color w:val="030135"/>
                <w:sz w:val="14"/>
              </w:rPr>
              <w:t>ORCID</w:t>
            </w:r>
            <w:r>
              <w:rPr>
                <w:rFonts w:eastAsia="Cambria"/>
                <w:b/>
                <w:color w:val="030135"/>
                <w:sz w:val="14"/>
              </w:rPr>
              <w:br/>
            </w:r>
            <w:r>
              <w:rPr>
                <w:rFonts w:eastAsia="Cambria"/>
                <w:color w:val="252A2C"/>
                <w:sz w:val="14"/>
              </w:rPr>
              <w:t>[0000-0000-0000-0000]</w:t>
            </w:r>
          </w:p>
          <w:p w14:paraId="5F1BD70E" w14:textId="77777777" w:rsidR="00B26839" w:rsidRDefault="00000000">
            <w:pPr>
              <w:spacing w:after="60"/>
            </w:pPr>
            <w:r>
              <w:rPr>
                <w:rFonts w:eastAsia="Cambria"/>
                <w:b/>
                <w:color w:val="030135"/>
                <w:sz w:val="14"/>
              </w:rPr>
              <w:t>DOI</w:t>
            </w:r>
            <w:r>
              <w:rPr>
                <w:rFonts w:eastAsia="Cambria"/>
                <w:b/>
                <w:color w:val="030135"/>
                <w:sz w:val="14"/>
              </w:rPr>
              <w:br/>
            </w:r>
            <w:r>
              <w:rPr>
                <w:rFonts w:eastAsia="Cambria"/>
                <w:color w:val="252A2C"/>
                <w:sz w:val="14"/>
              </w:rPr>
              <w:t>https://doi.org/10.61996/edu.v[X]i[X].[XXX]</w:t>
            </w:r>
          </w:p>
          <w:p w14:paraId="4A160D53" w14:textId="77777777" w:rsidR="00B26839" w:rsidRDefault="00000000">
            <w:pPr>
              <w:spacing w:after="60"/>
            </w:pPr>
            <w:r>
              <w:rPr>
                <w:rFonts w:eastAsia="Cambria"/>
                <w:b/>
                <w:color w:val="030135"/>
                <w:sz w:val="14"/>
              </w:rPr>
              <w:t>Access license</w:t>
            </w:r>
            <w:r>
              <w:rPr>
                <w:rFonts w:eastAsia="Cambria"/>
                <w:b/>
                <w:color w:val="030135"/>
                <w:sz w:val="14"/>
              </w:rPr>
              <w:br/>
            </w:r>
            <w:r>
              <w:rPr>
                <w:rFonts w:eastAsia="Cambria"/>
                <w:color w:val="252A2C"/>
                <w:sz w:val="14"/>
              </w:rPr>
              <w:t>Creative Commons Attribution–NonCommercial–ShareAlike 4.0 International (CC BY-NC-SA 4.0).</w:t>
            </w:r>
          </w:p>
          <w:p w14:paraId="4B0A0FCE" w14:textId="77777777" w:rsidR="00B26839" w:rsidRDefault="00000000">
            <w:pPr>
              <w:spacing w:after="0"/>
            </w:pPr>
            <w:r>
              <w:rPr>
                <w:rFonts w:eastAsia="Cambria"/>
                <w:b/>
                <w:color w:val="030135"/>
                <w:sz w:val="14"/>
              </w:rPr>
              <w:t>Copyright</w:t>
            </w:r>
            <w:r>
              <w:rPr>
                <w:rFonts w:eastAsia="Cambria"/>
                <w:b/>
                <w:color w:val="030135"/>
                <w:sz w:val="14"/>
              </w:rPr>
              <w:br/>
            </w:r>
            <w:r>
              <w:rPr>
                <w:rFonts w:eastAsia="Cambria"/>
                <w:color w:val="252A2C"/>
                <w:sz w:val="14"/>
              </w:rPr>
              <w:t>© [YEAR] The Author(s). Published by Enigma Institute.</w:t>
            </w:r>
          </w:p>
        </w:tc>
        <w:tc>
          <w:tcPr>
            <w:tcW w:w="6768" w:type="dxa"/>
            <w:shd w:val="clear" w:color="auto" w:fill="FFFFFF"/>
            <w:tcMar>
              <w:top w:w="135" w:type="dxa"/>
              <w:left w:w="185" w:type="dxa"/>
              <w:bottom w:w="125" w:type="dxa"/>
              <w:right w:w="155" w:type="dxa"/>
            </w:tcMar>
          </w:tcPr>
          <w:p w14:paraId="5C0D25D4" w14:textId="77777777" w:rsidR="00B26839" w:rsidRDefault="00000000">
            <w:pPr>
              <w:keepNext/>
              <w:spacing w:after="160"/>
            </w:pPr>
            <w:r>
              <w:rPr>
                <w:rFonts w:eastAsia="Cambria"/>
                <w:b/>
                <w:color w:val="2196F3"/>
                <w:sz w:val="16"/>
              </w:rPr>
              <w:t>A B S T R A C T</w:t>
            </w:r>
          </w:p>
          <w:p w14:paraId="7F71279A" w14:textId="77777777" w:rsidR="00B26839" w:rsidRDefault="00000000">
            <w:pPr>
              <w:spacing w:line="247" w:lineRule="auto"/>
            </w:pPr>
            <w:r>
              <w:rPr>
                <w:rFonts w:eastAsia="Cambria"/>
                <w:b/>
                <w:color w:val="030135"/>
                <w:sz w:val="16"/>
              </w:rPr>
              <w:t xml:space="preserve">Background. </w:t>
            </w:r>
            <w:r>
              <w:rPr>
                <w:rFonts w:eastAsia="Cambria"/>
                <w:color w:val="252A2C"/>
                <w:sz w:val="16"/>
              </w:rPr>
              <w:t xml:space="preserve">[State the educational problem, existing uncertainty, and why a systematic synthesis is needed.] </w:t>
            </w:r>
          </w:p>
          <w:p w14:paraId="33094D3C" w14:textId="77777777" w:rsidR="00B26839" w:rsidRDefault="00000000">
            <w:pPr>
              <w:spacing w:line="247" w:lineRule="auto"/>
            </w:pPr>
            <w:r>
              <w:rPr>
                <w:rFonts w:eastAsia="Cambria"/>
                <w:b/>
                <w:color w:val="030135"/>
                <w:sz w:val="16"/>
              </w:rPr>
              <w:t xml:space="preserve">Objective. </w:t>
            </w:r>
            <w:r>
              <w:rPr>
                <w:rFonts w:eastAsia="Cambria"/>
                <w:color w:val="252A2C"/>
                <w:sz w:val="16"/>
              </w:rPr>
              <w:t xml:space="preserve">[State the review question and eligibility framework, such as PICOS, PECO, or SPIDER.] </w:t>
            </w:r>
          </w:p>
          <w:p w14:paraId="06E4CE3E" w14:textId="77777777" w:rsidR="00B26839" w:rsidRDefault="00000000">
            <w:pPr>
              <w:spacing w:line="247" w:lineRule="auto"/>
            </w:pPr>
            <w:r>
              <w:rPr>
                <w:rFonts w:eastAsia="Cambria"/>
                <w:b/>
                <w:color w:val="030135"/>
                <w:sz w:val="16"/>
              </w:rPr>
              <w:t xml:space="preserve">Methods. </w:t>
            </w:r>
            <w:r>
              <w:rPr>
                <w:rFonts w:eastAsia="Cambria"/>
                <w:color w:val="252A2C"/>
                <w:sz w:val="16"/>
              </w:rPr>
              <w:t xml:space="preserve">[Summarize information sources, search dates, eligibility, screening, risk-of-bias assessment, synthesis, and protocol registration.] </w:t>
            </w:r>
          </w:p>
          <w:p w14:paraId="12C8D307" w14:textId="77777777" w:rsidR="00B26839" w:rsidRDefault="00000000">
            <w:pPr>
              <w:spacing w:line="247" w:lineRule="auto"/>
            </w:pPr>
            <w:r>
              <w:rPr>
                <w:rFonts w:eastAsia="Cambria"/>
                <w:b/>
                <w:color w:val="030135"/>
                <w:sz w:val="16"/>
              </w:rPr>
              <w:t xml:space="preserve">Results. </w:t>
            </w:r>
            <w:r>
              <w:rPr>
                <w:rFonts w:eastAsia="Cambria"/>
                <w:color w:val="252A2C"/>
                <w:sz w:val="16"/>
              </w:rPr>
              <w:t xml:space="preserve">[Report included-study counts, principal findings, pooled estimates with precision and heterogeneity when applicable, and certainty of evidence.] </w:t>
            </w:r>
          </w:p>
          <w:p w14:paraId="3D54775B" w14:textId="77777777" w:rsidR="00B26839" w:rsidRDefault="00000000">
            <w:pPr>
              <w:spacing w:line="247" w:lineRule="auto"/>
            </w:pPr>
            <w:r>
              <w:rPr>
                <w:rFonts w:eastAsia="Cambria"/>
                <w:b/>
                <w:color w:val="030135"/>
                <w:sz w:val="16"/>
              </w:rPr>
              <w:t xml:space="preserve">Conclusion. </w:t>
            </w:r>
            <w:r>
              <w:rPr>
                <w:rFonts w:eastAsia="Cambria"/>
                <w:color w:val="252A2C"/>
                <w:sz w:val="16"/>
              </w:rPr>
              <w:t xml:space="preserve">[State the evidence-based conclusion, limitations of the evidence base, and educational relevance without overstatement.] </w:t>
            </w:r>
          </w:p>
          <w:p w14:paraId="6C73A04B" w14:textId="48236C73" w:rsidR="00B26839" w:rsidRDefault="00000000">
            <w:pPr>
              <w:spacing w:before="80" w:after="0"/>
            </w:pPr>
            <w:r>
              <w:rPr>
                <w:rFonts w:eastAsia="Cambria"/>
                <w:b/>
                <w:color w:val="626C70"/>
                <w:sz w:val="14"/>
              </w:rPr>
              <w:t xml:space="preserve">Abstract guidance: </w:t>
            </w:r>
            <w:r>
              <w:rPr>
                <w:rFonts w:eastAsia="Cambria"/>
                <w:i/>
                <w:color w:val="626C70"/>
                <w:sz w:val="14"/>
              </w:rPr>
              <w:t>Use 200-250 words unless current author guidelines specify otherwise; do not cite references, tables, or figures</w:t>
            </w:r>
            <w:r w:rsidR="00692414">
              <w:rPr>
                <w:rFonts w:eastAsia="Cambria"/>
                <w:i/>
                <w:color w:val="626C70"/>
                <w:sz w:val="14"/>
              </w:rPr>
              <w:t>.</w:t>
            </w:r>
          </w:p>
        </w:tc>
      </w:tr>
    </w:tbl>
    <w:p w14:paraId="6D6A72F9" w14:textId="77777777" w:rsidR="00B26839" w:rsidRDefault="00B26839">
      <w:pPr>
        <w:spacing w:before="80" w:after="0"/>
      </w:pPr>
    </w:p>
    <w:p w14:paraId="27C9B318" w14:textId="77777777" w:rsidR="00B26839" w:rsidRDefault="00B26839">
      <w:pPr>
        <w:sectPr w:rsidR="00B26839">
          <w:headerReference w:type="default" r:id="rId8"/>
          <w:footerReference w:type="default" r:id="rId9"/>
          <w:pgSz w:w="11906" w:h="16838"/>
          <w:pgMar w:top="1368" w:right="936" w:bottom="835" w:left="936" w:header="288" w:footer="317" w:gutter="0"/>
          <w:cols w:space="360"/>
          <w:docGrid w:linePitch="360"/>
        </w:sectPr>
      </w:pPr>
    </w:p>
    <w:p w14:paraId="7FE86420" w14:textId="77777777" w:rsidR="00B26839" w:rsidRDefault="00000000">
      <w:pPr>
        <w:pStyle w:val="Heading1"/>
      </w:pPr>
      <w:r>
        <w:rPr>
          <w:rFonts w:ascii="Cambria" w:eastAsia="Cambria" w:hAnsi="Cambria"/>
        </w:rPr>
        <w:lastRenderedPageBreak/>
        <w:t>1. Introduction</w:t>
      </w:r>
    </w:p>
    <w:p w14:paraId="1156199D" w14:textId="77777777" w:rsidR="00B26839" w:rsidRDefault="00000000">
      <w:pPr>
        <w:pStyle w:val="BodyText"/>
      </w:pPr>
      <w:r>
        <w:rPr>
          <w:rFonts w:eastAsia="Cambria" w:cs="Cambria"/>
        </w:rPr>
        <w:t>Replace this guidance with the manuscript text. Establish the educational problem, summarize prior syntheses and primary evidence, and identify the unresolved uncertainty or review gap. Use superscript Vancouver citations in order of first appearance.</w:t>
      </w:r>
    </w:p>
    <w:p w14:paraId="2F21446C" w14:textId="77777777" w:rsidR="00B26839" w:rsidRDefault="00000000">
      <w:pPr>
        <w:pStyle w:val="BodyText"/>
      </w:pPr>
      <w:r>
        <w:rPr>
          <w:rFonts w:eastAsia="Cambria" w:cs="Cambria"/>
        </w:rPr>
        <w:t>End the Introduction with a precise systematic-review objective or question. Define the population, intervention or exposure, comparator, outcomes, and eligible study designs using PICOS, PECO, SPIDER, or another justified framework.</w:t>
      </w:r>
    </w:p>
    <w:p w14:paraId="2A4AB967" w14:textId="77777777" w:rsidR="00B26839" w:rsidRDefault="00000000">
      <w:pPr>
        <w:pStyle w:val="Heading1"/>
      </w:pPr>
      <w:r>
        <w:rPr>
          <w:rFonts w:ascii="Cambria" w:eastAsia="Cambria" w:hAnsi="Cambria"/>
        </w:rPr>
        <w:t>2. Methods</w:t>
      </w:r>
    </w:p>
    <w:p w14:paraId="0FB779EA" w14:textId="77777777" w:rsidR="00B26839" w:rsidRDefault="00000000">
      <w:pPr>
        <w:pStyle w:val="Heading2"/>
      </w:pPr>
      <w:r>
        <w:rPr>
          <w:rFonts w:ascii="Cambria" w:eastAsia="Cambria" w:hAnsi="Cambria"/>
        </w:rPr>
        <w:t>2.1 Study design and setting</w:t>
      </w:r>
    </w:p>
    <w:p w14:paraId="0CCCC327" w14:textId="77777777" w:rsidR="00B26839" w:rsidRDefault="00000000">
      <w:pPr>
        <w:pStyle w:val="BodyText"/>
      </w:pPr>
      <w:r>
        <w:rPr>
          <w:rFonts w:eastAsia="Cambria" w:cs="Cambria"/>
        </w:rPr>
        <w:t>State the systematic review and, if applicable, meta-analysis design. Follow PRISMA 2020 and PRISMA-S; provide the protocol registration number and URL, review dates, amendments, and deviations from the protocol.</w:t>
      </w:r>
    </w:p>
    <w:p w14:paraId="26676B0A" w14:textId="77777777" w:rsidR="00B26839" w:rsidRDefault="00000000">
      <w:pPr>
        <w:pStyle w:val="Heading2"/>
      </w:pPr>
      <w:r>
        <w:rPr>
          <w:rFonts w:ascii="Cambria" w:eastAsia="Cambria" w:hAnsi="Cambria"/>
        </w:rPr>
        <w:t>2.2 Participants, sampling, and eligibility</w:t>
      </w:r>
    </w:p>
    <w:p w14:paraId="68821720" w14:textId="77777777" w:rsidR="00B26839" w:rsidRDefault="00000000">
      <w:pPr>
        <w:pStyle w:val="BodyText"/>
      </w:pPr>
      <w:r>
        <w:rPr>
          <w:rFonts w:eastAsia="Cambria" w:cs="Cambria"/>
        </w:rPr>
        <w:t>Define the review question and eligibility criteria using PICOS, PECO, SPIDER, or another framework. List databases, registers, websites, citation searches, coverage dates, language or publication restrictions, and the date of the final search.</w:t>
      </w:r>
    </w:p>
    <w:p w14:paraId="61BE252D" w14:textId="77777777" w:rsidR="00B26839" w:rsidRDefault="00000000">
      <w:pPr>
        <w:pStyle w:val="Heading2"/>
      </w:pPr>
      <w:r>
        <w:rPr>
          <w:rFonts w:ascii="Cambria" w:eastAsia="Cambria" w:hAnsi="Cambria"/>
        </w:rPr>
        <w:t>2.3 Variables, instruments, and procedures</w:t>
      </w:r>
    </w:p>
    <w:p w14:paraId="56A52788" w14:textId="77777777" w:rsidR="00B26839" w:rsidRDefault="00000000">
      <w:pPr>
        <w:pStyle w:val="BodyText"/>
      </w:pPr>
      <w:r>
        <w:rPr>
          <w:rFonts w:eastAsia="Cambria" w:cs="Cambria"/>
        </w:rPr>
        <w:t>Provide a reproducible search strategy for at least one database, deduplication, independent screening, data extraction, variables and effect measures, author contact, disagreement resolution, and the risk-of-bias tools used.</w:t>
      </w:r>
    </w:p>
    <w:p w14:paraId="18EA73BC" w14:textId="77777777" w:rsidR="00B26839" w:rsidRDefault="00000000">
      <w:pPr>
        <w:pStyle w:val="Heading2"/>
      </w:pPr>
      <w:r>
        <w:rPr>
          <w:rFonts w:ascii="Cambria" w:eastAsia="Cambria" w:hAnsi="Cambria"/>
        </w:rPr>
        <w:t>2.4 Statistical or qualitative analysis</w:t>
      </w:r>
    </w:p>
    <w:p w14:paraId="7566B947" w14:textId="77777777" w:rsidR="00B26839" w:rsidRDefault="00000000">
      <w:pPr>
        <w:pStyle w:val="BodyText"/>
      </w:pPr>
      <w:r>
        <w:rPr>
          <w:rFonts w:eastAsia="Cambria" w:cs="Cambria"/>
        </w:rPr>
        <w:t>Specify synthesis methods and software, effect measures, model choice, heterogeneity, prediction intervals, subgroup or meta-regression, sensitivity analyses, small-study effects, and certainty assessment such as GRADE. Explain narrative synthesis when pooling is inappropriate.</w:t>
      </w:r>
    </w:p>
    <w:p w14:paraId="00DECBAA" w14:textId="77777777" w:rsidR="00B26839" w:rsidRDefault="00000000">
      <w:pPr>
        <w:pStyle w:val="Heading2"/>
      </w:pPr>
      <w:r>
        <w:rPr>
          <w:rFonts w:ascii="Cambria" w:eastAsia="Cambria" w:hAnsi="Cambria"/>
        </w:rPr>
        <w:t>2.5 Ethical considerations</w:t>
      </w:r>
    </w:p>
    <w:p w14:paraId="7E37D766" w14:textId="77777777" w:rsidR="00B26839" w:rsidRDefault="00000000">
      <w:pPr>
        <w:pStyle w:val="BodyText"/>
      </w:pPr>
      <w:r>
        <w:rPr>
          <w:rFonts w:eastAsia="Cambria" w:cs="Cambria"/>
        </w:rPr>
        <w:t>State whether ethics approval was not required because the review used published aggregate data and cite the applicable institutional basis. If individual participant data or confidential records were used, report approval, consent, and privacy safeguards.</w:t>
      </w:r>
    </w:p>
    <w:tbl>
      <w:tblPr>
        <w:tblW w:w="4800" w:type="dxa"/>
        <w:jc w:val="center"/>
        <w:tblBorders>
          <w:top w:val="single" w:sz="6" w:space="0" w:color="8C99E6"/>
          <w:left w:val="single" w:sz="6" w:space="0" w:color="8C99E6"/>
          <w:bottom w:val="single" w:sz="6" w:space="0" w:color="8C99E6"/>
          <w:right w:val="single" w:sz="6" w:space="0" w:color="8C99E6"/>
        </w:tblBorders>
        <w:tblLayout w:type="fixed"/>
        <w:tblLook w:val="04A0" w:firstRow="1" w:lastRow="0" w:firstColumn="1" w:lastColumn="0" w:noHBand="0" w:noVBand="1"/>
      </w:tblPr>
      <w:tblGrid>
        <w:gridCol w:w="4800"/>
      </w:tblGrid>
      <w:tr w:rsidR="00B26839" w14:paraId="70234C7C" w14:textId="77777777">
        <w:trPr>
          <w:jc w:val="center"/>
        </w:trPr>
        <w:tc>
          <w:tcPr>
            <w:tcW w:w="4800" w:type="dxa"/>
            <w:shd w:val="clear" w:color="auto" w:fill="FFF4EB"/>
            <w:tcMar>
              <w:top w:w="95" w:type="dxa"/>
              <w:left w:w="120" w:type="dxa"/>
              <w:bottom w:w="95" w:type="dxa"/>
              <w:right w:w="120" w:type="dxa"/>
            </w:tcMar>
          </w:tcPr>
          <w:p w14:paraId="3F4F6F6C" w14:textId="77777777" w:rsidR="00B26839" w:rsidRDefault="00000000">
            <w:pPr>
              <w:spacing w:after="40" w:line="228" w:lineRule="auto"/>
            </w:pPr>
            <w:r>
              <w:rPr>
                <w:rFonts w:eastAsia="Cambria" w:cs="Cambria"/>
                <w:b/>
                <w:color w:val="030135"/>
                <w:sz w:val="15"/>
              </w:rPr>
              <w:t>REPORTING NOTE - DELETE BEFORE SUBMISSION</w:t>
            </w:r>
          </w:p>
          <w:p w14:paraId="657261EA" w14:textId="77777777" w:rsidR="00B26839" w:rsidRDefault="00000000">
            <w:pPr>
              <w:spacing w:after="0"/>
            </w:pPr>
            <w:r>
              <w:rPr>
                <w:rFonts w:eastAsia="Cambria" w:cs="Cambria"/>
                <w:sz w:val="16"/>
              </w:rPr>
              <w:t>Follow PRISMA 2020 and PRISMA-S; report exact screening counts, effect estimates, 95% confidence intervals, heterogeneity, and certainty; do not duplicate evidence across text, tables, and figures.</w:t>
            </w:r>
          </w:p>
        </w:tc>
      </w:tr>
    </w:tbl>
    <w:p w14:paraId="153A2244" w14:textId="77777777" w:rsidR="00B26839" w:rsidRDefault="00000000">
      <w:pPr>
        <w:pStyle w:val="Heading1"/>
      </w:pPr>
      <w:r>
        <w:rPr>
          <w:rFonts w:ascii="Cambria" w:eastAsia="Cambria" w:hAnsi="Cambria"/>
        </w:rPr>
        <w:t>3. Results</w:t>
      </w:r>
    </w:p>
    <w:p w14:paraId="72414FDC" w14:textId="77777777" w:rsidR="00B26839" w:rsidRDefault="00000000">
      <w:pPr>
        <w:pStyle w:val="BodyText"/>
      </w:pPr>
      <w:r>
        <w:rPr>
          <w:rFonts w:eastAsia="Cambria" w:cs="Cambria"/>
        </w:rPr>
        <w:t>Report PRISMA flow counts, included-study characteristics, risk-of-bias findings, and results for each prespecified outcome. Present pooled estimates with confidence intervals and heterogeneity, or a transparent narrative synthesis, followed by sensitivity, subgroup, reporting-bias, and certainty findings.</w:t>
      </w:r>
    </w:p>
    <w:p w14:paraId="4EA19DDC" w14:textId="77777777" w:rsidR="00B26839" w:rsidRDefault="00000000">
      <w:pPr>
        <w:pStyle w:val="Caption"/>
        <w:keepNext/>
        <w:spacing w:before="80" w:after="60"/>
      </w:pPr>
      <w:r>
        <w:rPr>
          <w:rFonts w:eastAsia="Cambria" w:cs="Cambria"/>
          <w:color w:val="030135"/>
        </w:rPr>
        <w:t>Table 1. Characteristics of included studies</w:t>
      </w:r>
    </w:p>
    <w:tbl>
      <w:tblPr>
        <w:tblW w:w="4800" w:type="dxa"/>
        <w:tblBorders>
          <w:top w:val="single" w:sz="4" w:space="0" w:color="C9DDF2"/>
          <w:left w:val="single" w:sz="4" w:space="0" w:color="C9DDF2"/>
          <w:bottom w:val="single" w:sz="4" w:space="0" w:color="C9DDF2"/>
          <w:right w:val="single" w:sz="4" w:space="0" w:color="C9DDF2"/>
          <w:insideH w:val="single" w:sz="4" w:space="0" w:color="C9DDF2"/>
          <w:insideV w:val="single" w:sz="4" w:space="0" w:color="C9DDF2"/>
        </w:tblBorders>
        <w:tblLayout w:type="fixed"/>
        <w:tblLook w:val="04A0" w:firstRow="1" w:lastRow="0" w:firstColumn="1" w:lastColumn="0" w:noHBand="0" w:noVBand="1"/>
      </w:tblPr>
      <w:tblGrid>
        <w:gridCol w:w="1700"/>
        <w:gridCol w:w="1520"/>
        <w:gridCol w:w="1580"/>
      </w:tblGrid>
      <w:tr w:rsidR="00B26839" w14:paraId="3CF5FB96" w14:textId="77777777">
        <w:trPr>
          <w:tblHeader/>
        </w:trPr>
        <w:tc>
          <w:tcPr>
            <w:tcW w:w="1700" w:type="dxa"/>
            <w:shd w:val="clear" w:color="auto" w:fill="030135"/>
            <w:tcMar>
              <w:top w:w="75" w:type="dxa"/>
              <w:left w:w="85" w:type="dxa"/>
              <w:bottom w:w="75" w:type="dxa"/>
              <w:right w:w="85" w:type="dxa"/>
            </w:tcMar>
            <w:vAlign w:val="center"/>
          </w:tcPr>
          <w:p w14:paraId="2931F330" w14:textId="77777777" w:rsidR="00B26839" w:rsidRDefault="00000000">
            <w:pPr>
              <w:spacing w:after="0" w:line="228" w:lineRule="auto"/>
            </w:pPr>
            <w:r>
              <w:rPr>
                <w:rFonts w:eastAsia="Cambria" w:cs="Cambria"/>
                <w:b/>
                <w:color w:val="FFFFFF"/>
                <w:sz w:val="15"/>
              </w:rPr>
              <w:t>Study</w:t>
            </w:r>
          </w:p>
        </w:tc>
        <w:tc>
          <w:tcPr>
            <w:tcW w:w="1520" w:type="dxa"/>
            <w:shd w:val="clear" w:color="auto" w:fill="030135"/>
            <w:tcMar>
              <w:top w:w="75" w:type="dxa"/>
              <w:left w:w="85" w:type="dxa"/>
              <w:bottom w:w="75" w:type="dxa"/>
              <w:right w:w="85" w:type="dxa"/>
            </w:tcMar>
            <w:vAlign w:val="center"/>
          </w:tcPr>
          <w:p w14:paraId="7C4B5259" w14:textId="77777777" w:rsidR="00B26839" w:rsidRDefault="00000000">
            <w:pPr>
              <w:spacing w:after="0" w:line="228" w:lineRule="auto"/>
              <w:jc w:val="center"/>
            </w:pPr>
            <w:r>
              <w:rPr>
                <w:rFonts w:eastAsia="Cambria" w:cs="Cambria"/>
                <w:b/>
                <w:color w:val="FFFFFF"/>
                <w:sz w:val="15"/>
              </w:rPr>
              <w:t>Design / sample</w:t>
            </w:r>
          </w:p>
        </w:tc>
        <w:tc>
          <w:tcPr>
            <w:tcW w:w="1580" w:type="dxa"/>
            <w:shd w:val="clear" w:color="auto" w:fill="030135"/>
            <w:tcMar>
              <w:top w:w="75" w:type="dxa"/>
              <w:left w:w="85" w:type="dxa"/>
              <w:bottom w:w="75" w:type="dxa"/>
              <w:right w:w="85" w:type="dxa"/>
            </w:tcMar>
            <w:vAlign w:val="center"/>
          </w:tcPr>
          <w:p w14:paraId="70A31F55" w14:textId="77777777" w:rsidR="00B26839" w:rsidRDefault="00000000">
            <w:pPr>
              <w:spacing w:after="0" w:line="228" w:lineRule="auto"/>
              <w:jc w:val="center"/>
            </w:pPr>
            <w:r>
              <w:rPr>
                <w:rFonts w:eastAsia="Cambria" w:cs="Cambria"/>
                <w:b/>
                <w:color w:val="FFFFFF"/>
                <w:sz w:val="15"/>
              </w:rPr>
              <w:t>Key findings</w:t>
            </w:r>
          </w:p>
        </w:tc>
      </w:tr>
      <w:tr w:rsidR="00B26839" w14:paraId="59ECA8FB" w14:textId="77777777">
        <w:tc>
          <w:tcPr>
            <w:tcW w:w="1700" w:type="dxa"/>
            <w:tcMar>
              <w:top w:w="75" w:type="dxa"/>
              <w:left w:w="85" w:type="dxa"/>
              <w:bottom w:w="75" w:type="dxa"/>
              <w:right w:w="85" w:type="dxa"/>
            </w:tcMar>
            <w:vAlign w:val="center"/>
          </w:tcPr>
          <w:p w14:paraId="43C17F23" w14:textId="77777777" w:rsidR="00B26839" w:rsidRDefault="00000000">
            <w:pPr>
              <w:spacing w:after="0" w:line="228" w:lineRule="auto"/>
            </w:pPr>
            <w:r>
              <w:rPr>
                <w:rFonts w:eastAsia="Cambria" w:cs="Cambria"/>
                <w:sz w:val="15"/>
              </w:rPr>
              <w:t>[Author, year]</w:t>
            </w:r>
          </w:p>
        </w:tc>
        <w:tc>
          <w:tcPr>
            <w:tcW w:w="1520" w:type="dxa"/>
            <w:tcMar>
              <w:top w:w="75" w:type="dxa"/>
              <w:left w:w="85" w:type="dxa"/>
              <w:bottom w:w="75" w:type="dxa"/>
              <w:right w:w="85" w:type="dxa"/>
            </w:tcMar>
            <w:vAlign w:val="center"/>
          </w:tcPr>
          <w:p w14:paraId="71372CCA" w14:textId="77777777" w:rsidR="00B26839" w:rsidRDefault="00000000">
            <w:pPr>
              <w:spacing w:after="0" w:line="228" w:lineRule="auto"/>
              <w:jc w:val="center"/>
            </w:pPr>
            <w:r>
              <w:rPr>
                <w:rFonts w:eastAsia="Cambria" w:cs="Cambria"/>
                <w:sz w:val="15"/>
              </w:rPr>
              <w:t>[Design; n; setting]</w:t>
            </w:r>
          </w:p>
        </w:tc>
        <w:tc>
          <w:tcPr>
            <w:tcW w:w="1580" w:type="dxa"/>
            <w:tcMar>
              <w:top w:w="75" w:type="dxa"/>
              <w:left w:w="85" w:type="dxa"/>
              <w:bottom w:w="75" w:type="dxa"/>
              <w:right w:w="85" w:type="dxa"/>
            </w:tcMar>
            <w:vAlign w:val="center"/>
          </w:tcPr>
          <w:p w14:paraId="6CBE41BC" w14:textId="77777777" w:rsidR="00B26839" w:rsidRDefault="00000000">
            <w:pPr>
              <w:spacing w:after="0" w:line="228" w:lineRule="auto"/>
              <w:jc w:val="center"/>
            </w:pPr>
            <w:r>
              <w:rPr>
                <w:rFonts w:eastAsia="Cambria" w:cs="Cambria"/>
                <w:sz w:val="15"/>
              </w:rPr>
              <w:t>[Outcome / effect estimate]</w:t>
            </w:r>
          </w:p>
        </w:tc>
      </w:tr>
      <w:tr w:rsidR="00B26839" w14:paraId="06568243" w14:textId="77777777">
        <w:tc>
          <w:tcPr>
            <w:tcW w:w="1700" w:type="dxa"/>
            <w:tcMar>
              <w:top w:w="75" w:type="dxa"/>
              <w:left w:w="85" w:type="dxa"/>
              <w:bottom w:w="75" w:type="dxa"/>
              <w:right w:w="85" w:type="dxa"/>
            </w:tcMar>
            <w:vAlign w:val="center"/>
          </w:tcPr>
          <w:p w14:paraId="671B7D5F" w14:textId="77777777" w:rsidR="00B26839" w:rsidRDefault="00000000">
            <w:pPr>
              <w:spacing w:after="0" w:line="228" w:lineRule="auto"/>
            </w:pPr>
            <w:r>
              <w:rPr>
                <w:rFonts w:eastAsia="Cambria" w:cs="Cambria"/>
                <w:sz w:val="15"/>
              </w:rPr>
              <w:t>[Study 2]</w:t>
            </w:r>
          </w:p>
        </w:tc>
        <w:tc>
          <w:tcPr>
            <w:tcW w:w="1520" w:type="dxa"/>
            <w:tcMar>
              <w:top w:w="75" w:type="dxa"/>
              <w:left w:w="85" w:type="dxa"/>
              <w:bottom w:w="75" w:type="dxa"/>
              <w:right w:w="85" w:type="dxa"/>
            </w:tcMar>
            <w:vAlign w:val="center"/>
          </w:tcPr>
          <w:p w14:paraId="24A59DB3" w14:textId="77777777" w:rsidR="00B26839" w:rsidRDefault="00000000">
            <w:pPr>
              <w:spacing w:after="0" w:line="228" w:lineRule="auto"/>
              <w:jc w:val="center"/>
            </w:pPr>
            <w:r>
              <w:rPr>
                <w:rFonts w:eastAsia="Cambria" w:cs="Cambria"/>
                <w:sz w:val="15"/>
              </w:rPr>
              <w:t>[Design; n; setting]</w:t>
            </w:r>
          </w:p>
        </w:tc>
        <w:tc>
          <w:tcPr>
            <w:tcW w:w="1580" w:type="dxa"/>
            <w:tcMar>
              <w:top w:w="75" w:type="dxa"/>
              <w:left w:w="85" w:type="dxa"/>
              <w:bottom w:w="75" w:type="dxa"/>
              <w:right w:w="85" w:type="dxa"/>
            </w:tcMar>
            <w:vAlign w:val="center"/>
          </w:tcPr>
          <w:p w14:paraId="009F9CFF" w14:textId="77777777" w:rsidR="00B26839" w:rsidRDefault="00000000">
            <w:pPr>
              <w:spacing w:after="0" w:line="228" w:lineRule="auto"/>
              <w:jc w:val="center"/>
            </w:pPr>
            <w:r>
              <w:rPr>
                <w:rFonts w:eastAsia="Cambria" w:cs="Cambria"/>
                <w:sz w:val="15"/>
              </w:rPr>
              <w:t>[Outcome / effect estimate]</w:t>
            </w:r>
          </w:p>
        </w:tc>
      </w:tr>
      <w:tr w:rsidR="00B26839" w14:paraId="704584BD" w14:textId="77777777">
        <w:tc>
          <w:tcPr>
            <w:tcW w:w="1700" w:type="dxa"/>
            <w:tcMar>
              <w:top w:w="75" w:type="dxa"/>
              <w:left w:w="85" w:type="dxa"/>
              <w:bottom w:w="75" w:type="dxa"/>
              <w:right w:w="85" w:type="dxa"/>
            </w:tcMar>
            <w:vAlign w:val="center"/>
          </w:tcPr>
          <w:p w14:paraId="3FCFEA7B" w14:textId="77777777" w:rsidR="00B26839" w:rsidRDefault="00000000">
            <w:pPr>
              <w:spacing w:after="0" w:line="228" w:lineRule="auto"/>
            </w:pPr>
            <w:r>
              <w:rPr>
                <w:rFonts w:eastAsia="Cambria" w:cs="Cambria"/>
                <w:sz w:val="15"/>
              </w:rPr>
              <w:t>[Study 3 / synthesis]</w:t>
            </w:r>
          </w:p>
        </w:tc>
        <w:tc>
          <w:tcPr>
            <w:tcW w:w="1520" w:type="dxa"/>
            <w:tcMar>
              <w:top w:w="75" w:type="dxa"/>
              <w:left w:w="85" w:type="dxa"/>
              <w:bottom w:w="75" w:type="dxa"/>
              <w:right w:w="85" w:type="dxa"/>
            </w:tcMar>
            <w:vAlign w:val="center"/>
          </w:tcPr>
          <w:p w14:paraId="2663411F" w14:textId="77777777" w:rsidR="00B26839" w:rsidRDefault="00000000">
            <w:pPr>
              <w:spacing w:after="0" w:line="228" w:lineRule="auto"/>
              <w:jc w:val="center"/>
            </w:pPr>
            <w:r>
              <w:rPr>
                <w:rFonts w:eastAsia="Cambria" w:cs="Cambria"/>
                <w:sz w:val="15"/>
              </w:rPr>
              <w:t>[Risk of bias / weight]</w:t>
            </w:r>
          </w:p>
        </w:tc>
        <w:tc>
          <w:tcPr>
            <w:tcW w:w="1580" w:type="dxa"/>
            <w:tcMar>
              <w:top w:w="75" w:type="dxa"/>
              <w:left w:w="85" w:type="dxa"/>
              <w:bottom w:w="75" w:type="dxa"/>
              <w:right w:w="85" w:type="dxa"/>
            </w:tcMar>
            <w:vAlign w:val="center"/>
          </w:tcPr>
          <w:p w14:paraId="48C6089F" w14:textId="77777777" w:rsidR="00B26839" w:rsidRDefault="00000000">
            <w:pPr>
              <w:spacing w:after="0" w:line="228" w:lineRule="auto"/>
              <w:jc w:val="center"/>
            </w:pPr>
            <w:r>
              <w:rPr>
                <w:rFonts w:eastAsia="Cambria" w:cs="Cambria"/>
                <w:sz w:val="15"/>
              </w:rPr>
              <w:t>[Pooled or narrative result]</w:t>
            </w:r>
          </w:p>
        </w:tc>
      </w:tr>
    </w:tbl>
    <w:p w14:paraId="360243B7" w14:textId="77777777" w:rsidR="00B26839" w:rsidRDefault="00000000">
      <w:pPr>
        <w:spacing w:before="40" w:after="100" w:line="228" w:lineRule="auto"/>
      </w:pPr>
      <w:r>
        <w:rPr>
          <w:rFonts w:eastAsia="Cambria" w:cs="Cambria"/>
          <w:i/>
          <w:color w:val="616174"/>
          <w:sz w:val="14"/>
        </w:rPr>
        <w:t>Note: Define abbreviations, eligibility framework, outcome measures, effect metrics, and risk-of-bias terminology; report denominators and units.</w:t>
      </w:r>
    </w:p>
    <w:p w14:paraId="0FECA378" w14:textId="77777777" w:rsidR="00B26839" w:rsidRDefault="00000000">
      <w:pPr>
        <w:pStyle w:val="BodyText"/>
      </w:pPr>
      <w:r>
        <w:rPr>
          <w:rFonts w:eastAsia="Cambria" w:cs="Cambria"/>
        </w:rPr>
        <w:t>Refer to every table and figure in numerical order. Keep study-characteristics tables editable and provide the complete PRISMA flow diagram. For wide material, insert a temporary one-column section and restore the two-column section afterward.</w:t>
      </w:r>
    </w:p>
    <w:p w14:paraId="0447D9DC" w14:textId="77777777" w:rsidR="00B26839" w:rsidRDefault="00000000">
      <w:pPr>
        <w:keepNext/>
        <w:pBdr>
          <w:top w:val="single" w:sz="6" w:space="0" w:color="8C99E6"/>
          <w:left w:val="single" w:sz="6" w:space="0" w:color="8C99E6"/>
          <w:bottom w:val="single" w:sz="6" w:space="0" w:color="8C99E6"/>
          <w:right w:val="single" w:sz="6" w:space="0" w:color="8C99E6"/>
        </w:pBdr>
        <w:shd w:val="clear" w:color="auto" w:fill="F5F5F7"/>
        <w:spacing w:before="80" w:after="40"/>
        <w:jc w:val="center"/>
      </w:pPr>
      <w:r>
        <w:rPr>
          <w:rFonts w:eastAsia="Cambria" w:cs="Cambria"/>
          <w:b/>
          <w:color w:val="616174"/>
          <w:sz w:val="16"/>
        </w:rPr>
        <w:br/>
        <w:t>[INSERT PRISMA FLOW DIAGRAM HERE]</w:t>
      </w:r>
      <w:r>
        <w:rPr>
          <w:rFonts w:eastAsia="Cambria" w:cs="Cambria"/>
          <w:b/>
          <w:color w:val="616174"/>
          <w:sz w:val="16"/>
        </w:rPr>
        <w:br/>
        <w:t>Editable labels; exact record/report counts; no embedded title</w:t>
      </w:r>
      <w:r>
        <w:rPr>
          <w:rFonts w:eastAsia="Cambria" w:cs="Cambria"/>
          <w:b/>
          <w:color w:val="616174"/>
          <w:sz w:val="16"/>
        </w:rPr>
        <w:br/>
      </w:r>
    </w:p>
    <w:p w14:paraId="537D874A" w14:textId="77777777" w:rsidR="00B26839" w:rsidRDefault="00000000">
      <w:pPr>
        <w:pStyle w:val="Caption"/>
        <w:spacing w:after="100" w:line="228" w:lineRule="auto"/>
      </w:pPr>
      <w:r>
        <w:rPr>
          <w:rFonts w:eastAsia="Cambria" w:cs="Cambria"/>
          <w:b w:val="0"/>
          <w:sz w:val="15"/>
        </w:rPr>
        <w:t>Figure 1. PRISMA flow diagram of study identification, screening, eligibility, and inclusion. [Insert exact record and report counts.]</w:t>
      </w:r>
    </w:p>
    <w:p w14:paraId="11BC0ED5" w14:textId="77777777" w:rsidR="00B26839" w:rsidRDefault="00000000">
      <w:pPr>
        <w:pStyle w:val="Heading1"/>
      </w:pPr>
      <w:r>
        <w:rPr>
          <w:rFonts w:ascii="Cambria" w:eastAsia="Cambria" w:hAnsi="Cambria"/>
        </w:rPr>
        <w:t>4. Discussion</w:t>
      </w:r>
    </w:p>
    <w:p w14:paraId="7691B8E6" w14:textId="77777777" w:rsidR="00B26839" w:rsidRDefault="00000000">
      <w:pPr>
        <w:pStyle w:val="Heading2"/>
      </w:pPr>
      <w:r>
        <w:rPr>
          <w:rFonts w:ascii="Cambria" w:eastAsia="Cambria" w:hAnsi="Cambria"/>
        </w:rPr>
        <w:t>4.1 Principal findings</w:t>
      </w:r>
    </w:p>
    <w:p w14:paraId="4F6F403F" w14:textId="77777777" w:rsidR="00B26839" w:rsidRDefault="00000000">
      <w:pPr>
        <w:pStyle w:val="BodyText"/>
      </w:pPr>
      <w:r>
        <w:rPr>
          <w:rFonts w:eastAsia="Cambria" w:cs="Cambria"/>
        </w:rPr>
        <w:t>Open with the principal answer to the review question and explain the contribution of the synthesis. Compare the findings with prior reviews and relevant theory without repeating the Results.</w:t>
      </w:r>
    </w:p>
    <w:p w14:paraId="7A0091EA" w14:textId="77777777" w:rsidR="00B26839" w:rsidRDefault="00000000">
      <w:pPr>
        <w:pStyle w:val="Heading2"/>
      </w:pPr>
      <w:r>
        <w:rPr>
          <w:rFonts w:ascii="Cambria" w:eastAsia="Cambria" w:hAnsi="Cambria"/>
        </w:rPr>
        <w:t>4.2 Interpretation and implications</w:t>
      </w:r>
    </w:p>
    <w:p w14:paraId="02EAC6D5" w14:textId="77777777" w:rsidR="00B26839" w:rsidRDefault="00000000">
      <w:pPr>
        <w:pStyle w:val="BodyText"/>
      </w:pPr>
      <w:r>
        <w:rPr>
          <w:rFonts w:eastAsia="Cambria" w:cs="Cambria"/>
        </w:rPr>
        <w:t>Interpret effect magnitude, consistency, heterogeneity, certainty, and plausible mechanisms. Discuss implications for educators, policymakers, and research while distinguishing evidence from inference and considering transferability.</w:t>
      </w:r>
    </w:p>
    <w:p w14:paraId="03DA806C" w14:textId="77777777" w:rsidR="00B26839" w:rsidRDefault="00000000">
      <w:pPr>
        <w:pStyle w:val="Heading2"/>
      </w:pPr>
      <w:r>
        <w:rPr>
          <w:rFonts w:ascii="Cambria" w:eastAsia="Cambria" w:hAnsi="Cambria"/>
        </w:rPr>
        <w:t>4.3 Strengths and limitations</w:t>
      </w:r>
    </w:p>
    <w:p w14:paraId="707D54B3" w14:textId="77777777" w:rsidR="00B26839" w:rsidRDefault="00000000">
      <w:pPr>
        <w:pStyle w:val="BodyText"/>
      </w:pPr>
      <w:r>
        <w:rPr>
          <w:rFonts w:eastAsia="Cambria" w:cs="Cambria"/>
        </w:rPr>
        <w:t>Describe strengths and limitations of both the review process and evidence base, including search coverage, study selection, missing results, risk of bias, heterogeneity, imprecision, indirectness, publication bias, and protocol deviations.</w:t>
      </w:r>
    </w:p>
    <w:p w14:paraId="132740F9" w14:textId="77777777" w:rsidR="00B26839" w:rsidRDefault="00000000">
      <w:pPr>
        <w:pStyle w:val="Heading1"/>
      </w:pPr>
      <w:r>
        <w:rPr>
          <w:rFonts w:ascii="Cambria" w:eastAsia="Cambria" w:hAnsi="Cambria"/>
        </w:rPr>
        <w:t>5. Conclusion</w:t>
      </w:r>
    </w:p>
    <w:p w14:paraId="63F45C82" w14:textId="77777777" w:rsidR="00B26839" w:rsidRDefault="00000000">
      <w:pPr>
        <w:pStyle w:val="BodyText"/>
      </w:pPr>
      <w:r>
        <w:rPr>
          <w:rFonts w:eastAsia="Cambria" w:cs="Cambria"/>
        </w:rPr>
        <w:t>Provide a concise conclusion that answers the review question and reflects certainty of evidence. Do not introduce new evidence or recommendations beyond the synthesis; identify the most important practice implication or research priority.</w:t>
      </w:r>
    </w:p>
    <w:p w14:paraId="308DCF14" w14:textId="77777777" w:rsidR="00B26839" w:rsidRDefault="00B26839">
      <w:pPr>
        <w:sectPr w:rsidR="00B26839">
          <w:headerReference w:type="default" r:id="rId10"/>
          <w:footerReference w:type="default" r:id="rId11"/>
          <w:pgSz w:w="11906" w:h="16838"/>
          <w:pgMar w:top="893" w:right="936" w:bottom="835" w:left="936" w:header="288" w:footer="317" w:gutter="0"/>
          <w:cols w:num="2" w:space="360"/>
          <w:docGrid w:linePitch="360"/>
        </w:sectPr>
      </w:pPr>
    </w:p>
    <w:p w14:paraId="4B4E02AA" w14:textId="77777777" w:rsidR="00B26839" w:rsidRDefault="00000000">
      <w:pPr>
        <w:keepNext/>
        <w:pBdr>
          <w:bottom w:val="single" w:sz="7" w:space="2" w:color="2196F3"/>
        </w:pBdr>
        <w:shd w:val="clear" w:color="auto" w:fill="ECF4FB"/>
        <w:spacing w:after="140"/>
        <w:ind w:left="80" w:right="80"/>
      </w:pPr>
      <w:r>
        <w:rPr>
          <w:rFonts w:eastAsia="Cambria" w:cs="Cambria"/>
          <w:b/>
          <w:color w:val="030135"/>
          <w:sz w:val="16"/>
        </w:rPr>
        <w:lastRenderedPageBreak/>
        <w:t>DECLARATIONS - REQUIRED FOR PUBLICATION AND SINTA ACCREDITATION</w:t>
      </w:r>
    </w:p>
    <w:p w14:paraId="0AC909C7" w14:textId="77777777" w:rsidR="00B26839" w:rsidRDefault="00000000">
      <w:pPr>
        <w:pStyle w:val="Heading1"/>
      </w:pPr>
      <w:r>
        <w:rPr>
          <w:rFonts w:ascii="Cambria" w:eastAsia="Cambria" w:hAnsi="Cambria"/>
        </w:rPr>
        <w:t>Artificial Intelligence Use Statement</w:t>
      </w:r>
    </w:p>
    <w:tbl>
      <w:tblPr>
        <w:tblW w:w="10000" w:type="dxa"/>
        <w:jc w:val="center"/>
        <w:tblBorders>
          <w:top w:val="single" w:sz="6" w:space="0" w:color="8C99E6"/>
          <w:left w:val="single" w:sz="6" w:space="0" w:color="8C99E6"/>
          <w:bottom w:val="single" w:sz="6" w:space="0" w:color="8C99E6"/>
          <w:right w:val="single" w:sz="6" w:space="0" w:color="8C99E6"/>
        </w:tblBorders>
        <w:tblLayout w:type="fixed"/>
        <w:tblLook w:val="04A0" w:firstRow="1" w:lastRow="0" w:firstColumn="1" w:lastColumn="0" w:noHBand="0" w:noVBand="1"/>
      </w:tblPr>
      <w:tblGrid>
        <w:gridCol w:w="10000"/>
      </w:tblGrid>
      <w:tr w:rsidR="00B26839" w14:paraId="57A10D3F" w14:textId="77777777">
        <w:trPr>
          <w:jc w:val="center"/>
        </w:trPr>
        <w:tc>
          <w:tcPr>
            <w:tcW w:w="10000" w:type="dxa"/>
            <w:shd w:val="clear" w:color="auto" w:fill="F0F1FF"/>
            <w:tcMar>
              <w:top w:w="95" w:type="dxa"/>
              <w:left w:w="120" w:type="dxa"/>
              <w:bottom w:w="95" w:type="dxa"/>
              <w:right w:w="120" w:type="dxa"/>
            </w:tcMar>
          </w:tcPr>
          <w:p w14:paraId="5D88DED9" w14:textId="77777777" w:rsidR="00B26839" w:rsidRDefault="00000000">
            <w:pPr>
              <w:spacing w:after="40" w:line="228" w:lineRule="auto"/>
            </w:pPr>
            <w:r>
              <w:rPr>
                <w:rFonts w:eastAsia="Cambria" w:cs="Cambria"/>
                <w:b/>
                <w:color w:val="030135"/>
                <w:sz w:val="15"/>
              </w:rPr>
              <w:t>RETAIN ONE STATEMENT ONLY</w:t>
            </w:r>
          </w:p>
          <w:p w14:paraId="66DA1694" w14:textId="77777777" w:rsidR="00B26839" w:rsidRDefault="00000000">
            <w:pPr>
              <w:spacing w:after="0"/>
            </w:pPr>
            <w:r>
              <w:rPr>
                <w:rFonts w:eastAsia="Cambria" w:cs="Cambria"/>
                <w:sz w:val="16"/>
              </w:rPr>
              <w:t>Option A - No AI use: The authors declare that no generative artificial intelligence tools were used to draft, rewrite, analyze data, create images, or produce the scholarly content of this manuscript.</w:t>
            </w:r>
            <w:r>
              <w:rPr>
                <w:rFonts w:eastAsia="Cambria" w:cs="Cambria"/>
                <w:sz w:val="16"/>
              </w:rPr>
              <w:br/>
            </w:r>
            <w:r>
              <w:rPr>
                <w:rFonts w:eastAsia="Cambria" w:cs="Cambria"/>
                <w:sz w:val="16"/>
              </w:rPr>
              <w:br/>
              <w:t>Option B - AI used: The authors used [TOOL, VERSION, PROVIDER] for [PURPOSE] on [DATE/RANGE]. All outputs were critically reviewed and verified by the authors, who take full responsibility for the accuracy, originality, citations, and integrity of the final article. AI was not listed as an author.</w:t>
            </w:r>
          </w:p>
        </w:tc>
      </w:tr>
    </w:tbl>
    <w:p w14:paraId="58860FCA" w14:textId="77777777" w:rsidR="00B26839" w:rsidRDefault="00000000">
      <w:pPr>
        <w:pStyle w:val="Heading1"/>
      </w:pPr>
      <w:r>
        <w:rPr>
          <w:rFonts w:ascii="Cambria" w:eastAsia="Cambria" w:hAnsi="Cambria"/>
        </w:rPr>
        <w:t>Author Contribution Statement</w:t>
      </w:r>
    </w:p>
    <w:p w14:paraId="2A18936C" w14:textId="77777777" w:rsidR="00B26839" w:rsidRDefault="00000000">
      <w:pPr>
        <w:pStyle w:val="BodyText"/>
      </w:pPr>
      <w:r>
        <w:rPr>
          <w:rFonts w:eastAsia="Cambria" w:cs="Cambria"/>
        </w:rPr>
        <w:t>Use the CRediT taxonomy and identify authors by initials. Include protocol development, search design, independent screening, data extraction, risk-of-bias assessment, synthesis or meta-analysis, certainty assessment, and writing. Example: Conceptualization, A.B. and C.D.; methodology, A.B.; search, E.F.; screening and data extraction, A.B. and E.F.; formal analysis, A.B.; writing - original draft, A.B.; writing - review and editing, all authors; supervision, C.D. All authors read and approved the final manuscript.</w:t>
      </w:r>
    </w:p>
    <w:p w14:paraId="0BDC6450" w14:textId="77777777" w:rsidR="00B26839" w:rsidRDefault="00000000">
      <w:pPr>
        <w:pStyle w:val="Heading1"/>
      </w:pPr>
      <w:r>
        <w:rPr>
          <w:rFonts w:ascii="Cambria" w:eastAsia="Cambria" w:hAnsi="Cambria"/>
        </w:rPr>
        <w:t>Funding Statement</w:t>
      </w:r>
    </w:p>
    <w:p w14:paraId="21010EE1" w14:textId="77777777" w:rsidR="00B26839" w:rsidRDefault="00000000">
      <w:pPr>
        <w:pStyle w:val="BodyText"/>
      </w:pPr>
      <w:r>
        <w:rPr>
          <w:rFonts w:eastAsia="Cambria" w:cs="Cambria"/>
        </w:rPr>
        <w:t>[Funded version] This work was supported by [FUNDER NAME] under Grant [NUMBER]. The funder had no role in study design, data collection, analysis, interpretation, manuscript preparation, or the decision to publish. [No-funding version] This research received no specific grant from any funding agency in the public, commercial, or not-for-profit sectors. Retain the applicable statement only.</w:t>
      </w:r>
    </w:p>
    <w:p w14:paraId="40A4A1F5" w14:textId="77777777" w:rsidR="00B26839" w:rsidRDefault="00000000">
      <w:pPr>
        <w:pStyle w:val="Heading1"/>
      </w:pPr>
      <w:r>
        <w:rPr>
          <w:rFonts w:ascii="Cambria" w:eastAsia="Cambria" w:hAnsi="Cambria"/>
        </w:rPr>
        <w:t>Conflict of Interest / Competing Interests</w:t>
      </w:r>
    </w:p>
    <w:p w14:paraId="06E61424" w14:textId="77777777" w:rsidR="00B26839" w:rsidRDefault="00000000">
      <w:pPr>
        <w:pStyle w:val="BodyText"/>
      </w:pPr>
      <w:r>
        <w:rPr>
          <w:rFonts w:eastAsia="Cambria" w:cs="Cambria"/>
        </w:rPr>
        <w:t>[No-conflict version] The authors declare that they have no competing financial or non-financial interests related to this work. [Disclosure version] [AUTHOR INITIALS] reports [RELATIONSHIP/INTEREST] involving [ENTITY]. The remaining authors declare no competing interests. Retain the applicable statement only.</w:t>
      </w:r>
    </w:p>
    <w:p w14:paraId="439F5E47" w14:textId="77777777" w:rsidR="00B26839" w:rsidRDefault="00000000">
      <w:pPr>
        <w:pStyle w:val="Heading1"/>
      </w:pPr>
      <w:r>
        <w:rPr>
          <w:rFonts w:ascii="Cambria" w:eastAsia="Cambria" w:hAnsi="Cambria"/>
        </w:rPr>
        <w:t>Ethics Approval and Consent to Participate</w:t>
      </w:r>
    </w:p>
    <w:p w14:paraId="53F0A248" w14:textId="77777777" w:rsidR="00B26839" w:rsidRDefault="00000000">
      <w:pPr>
        <w:pStyle w:val="BodyText"/>
      </w:pPr>
      <w:r>
        <w:rPr>
          <w:rFonts w:eastAsia="Cambria" w:cs="Cambria"/>
        </w:rPr>
        <w:t>This systematic review used publicly available aggregate data and did not involve direct participant recruitment; ethics approval and informed consent were not required under [INSTITUTIONAL POLICY OR LEGAL BASIS]. [If individual participant data were used, replace this statement with the applicable approval and consent details.]</w:t>
      </w:r>
    </w:p>
    <w:p w14:paraId="518E91DA" w14:textId="77777777" w:rsidR="00B26839" w:rsidRDefault="00000000">
      <w:pPr>
        <w:pStyle w:val="Heading1"/>
      </w:pPr>
      <w:r>
        <w:rPr>
          <w:rFonts w:ascii="Cambria" w:eastAsia="Cambria" w:hAnsi="Cambria"/>
        </w:rPr>
        <w:t>Consent for Publication</w:t>
      </w:r>
    </w:p>
    <w:p w14:paraId="657E2F09" w14:textId="77777777" w:rsidR="00B26839" w:rsidRDefault="00000000">
      <w:pPr>
        <w:pStyle w:val="BodyText"/>
      </w:pPr>
      <w:r>
        <w:rPr>
          <w:rFonts w:eastAsia="Cambria" w:cs="Cambria"/>
        </w:rPr>
        <w:t>Not applicable. This review does not publish identifiable participant information or images. [Replace if individual participant data or identifiable material are included.]</w:t>
      </w:r>
    </w:p>
    <w:p w14:paraId="34DF5A1E" w14:textId="77777777" w:rsidR="00B26839" w:rsidRDefault="00000000">
      <w:pPr>
        <w:pStyle w:val="Heading1"/>
      </w:pPr>
      <w:r>
        <w:rPr>
          <w:rFonts w:ascii="Cambria" w:eastAsia="Cambria" w:hAnsi="Cambria"/>
        </w:rPr>
        <w:t>Data Availability Statement</w:t>
      </w:r>
    </w:p>
    <w:p w14:paraId="7790EF50" w14:textId="77777777" w:rsidR="00B26839" w:rsidRDefault="00000000">
      <w:pPr>
        <w:pStyle w:val="BodyText"/>
      </w:pPr>
      <w:r>
        <w:rPr>
          <w:rFonts w:eastAsia="Cambria" w:cs="Cambria"/>
        </w:rPr>
        <w:t>The protocol, complete search strategies, screening decisions where shareable, extraction forms, analytic dataset, and code are available at [REPOSITORY AND PERSISTENT URL/DOI] under [ACCESS CONDITIONS]. State and justify any restrictions.</w:t>
      </w:r>
    </w:p>
    <w:p w14:paraId="0E39B5AB" w14:textId="77777777" w:rsidR="00B26839" w:rsidRDefault="00000000">
      <w:pPr>
        <w:pStyle w:val="Heading1"/>
      </w:pPr>
      <w:r>
        <w:rPr>
          <w:rFonts w:ascii="Cambria" w:eastAsia="Cambria" w:hAnsi="Cambria"/>
        </w:rPr>
        <w:t>Acknowledgments</w:t>
      </w:r>
    </w:p>
    <w:p w14:paraId="56FB2049" w14:textId="77777777" w:rsidR="00B26839" w:rsidRDefault="00000000">
      <w:pPr>
        <w:pStyle w:val="BodyText"/>
      </w:pPr>
      <w:r>
        <w:rPr>
          <w:rFonts w:eastAsia="Cambria" w:cs="Cambria"/>
        </w:rPr>
        <w:t>Acknowledge non-author contributions, facilities, language editing, or technical assistance with permission. Do not repeat funding information here.</w:t>
      </w:r>
    </w:p>
    <w:p w14:paraId="7B126F13" w14:textId="77777777" w:rsidR="00B26839" w:rsidRDefault="00B26839">
      <w:pPr>
        <w:sectPr w:rsidR="00B26839">
          <w:headerReference w:type="default" r:id="rId12"/>
          <w:footerReference w:type="default" r:id="rId13"/>
          <w:headerReference w:type="first" r:id="rId14"/>
          <w:footerReference w:type="first" r:id="rId15"/>
          <w:pgSz w:w="11906" w:h="16838"/>
          <w:pgMar w:top="893" w:right="936" w:bottom="835" w:left="936" w:header="288" w:footer="317" w:gutter="0"/>
          <w:cols w:space="360"/>
          <w:titlePg/>
          <w:docGrid w:linePitch="360"/>
        </w:sectPr>
      </w:pPr>
    </w:p>
    <w:p w14:paraId="0D3C34F3" w14:textId="77777777" w:rsidR="00B26839" w:rsidRDefault="00000000">
      <w:pPr>
        <w:pStyle w:val="Heading1"/>
      </w:pPr>
      <w:r>
        <w:rPr>
          <w:rFonts w:ascii="Cambria" w:eastAsia="Cambria" w:hAnsi="Cambria"/>
        </w:rPr>
        <w:lastRenderedPageBreak/>
        <w:t>References</w:t>
      </w:r>
    </w:p>
    <w:p w14:paraId="59C80A4B" w14:textId="77777777" w:rsidR="00B26839" w:rsidRDefault="00000000">
      <w:pPr>
        <w:spacing w:after="100" w:line="228" w:lineRule="auto"/>
      </w:pPr>
      <w:r>
        <w:rPr>
          <w:rFonts w:eastAsia="Cambria" w:cs="Cambria"/>
          <w:i/>
          <w:color w:val="616174"/>
          <w:sz w:val="16"/>
        </w:rPr>
        <w:t>Vancouver style. Number references by first citation. List the first three authors as family name followed by given-name initials, then add 'et al.' when there are more than three authors. Journal titles should use accepted abbreviations. Include DOI as 'doi: 10.xxxx/xxxxx' when available. Use an adequate, current evidence base; accreditation guidance evaluates reference quantity, primary sources, and recency, with at least 15 references expected for substantive assessment.</w:t>
      </w:r>
    </w:p>
    <w:p w14:paraId="6A3FCC0A" w14:textId="77777777" w:rsidR="00B26839" w:rsidRDefault="00000000">
      <w:pPr>
        <w:pStyle w:val="Reference"/>
        <w:spacing w:after="52" w:line="228" w:lineRule="auto"/>
        <w:ind w:left="259" w:hanging="259"/>
      </w:pPr>
      <w:r>
        <w:rPr>
          <w:rFonts w:eastAsia="Cambria" w:cs="Cambria"/>
          <w:b/>
          <w:color w:val="2196F3"/>
        </w:rPr>
        <w:t xml:space="preserve">1. </w:t>
      </w:r>
      <w:r>
        <w:rPr>
          <w:rFonts w:eastAsia="Cambria" w:cs="Cambria"/>
          <w:color w:val="202033"/>
        </w:rPr>
        <w:t>Dahlan F, Purba GF, Faiza F, et al. Archipelagic consciousness: reimagining national identity through local and maritime histories in Indonesian primary education. Enigma Educ. 2025;3(1):29-37. doi: 10.61996/edu.v3i1.93.</w:t>
      </w:r>
    </w:p>
    <w:p w14:paraId="2C8391F2" w14:textId="77777777" w:rsidR="00B26839" w:rsidRDefault="00000000">
      <w:pPr>
        <w:pStyle w:val="Reference"/>
        <w:spacing w:after="52" w:line="228" w:lineRule="auto"/>
        <w:ind w:left="259" w:hanging="259"/>
      </w:pPr>
      <w:r>
        <w:rPr>
          <w:rFonts w:eastAsia="Cambria" w:cs="Cambria"/>
          <w:b/>
          <w:color w:val="2196F3"/>
        </w:rPr>
        <w:t xml:space="preserve">2. </w:t>
      </w:r>
      <w:r>
        <w:rPr>
          <w:rFonts w:eastAsia="Cambria" w:cs="Cambria"/>
          <w:color w:val="202033"/>
        </w:rPr>
        <w:t>Rosfiani O, Ridwan WS, Ardiyanti H, et al. The effectiveness of collaborative learning with group investigation in mathematics lessons in elementary school education in South Tangerang, Indonesia. Enigma Educ. 2024;2(1):49-52. doi: 10.61996/edu.v2i1.52.</w:t>
      </w:r>
    </w:p>
    <w:p w14:paraId="4E82C37C" w14:textId="77777777" w:rsidR="00B26839" w:rsidRDefault="00000000">
      <w:pPr>
        <w:pStyle w:val="Reference"/>
        <w:spacing w:after="52" w:line="228" w:lineRule="auto"/>
        <w:ind w:left="259" w:hanging="259"/>
      </w:pPr>
      <w:r>
        <w:rPr>
          <w:rFonts w:eastAsia="Cambria" w:cs="Cambria"/>
          <w:b/>
          <w:color w:val="2196F3"/>
        </w:rPr>
        <w:t xml:space="preserve">3. </w:t>
      </w:r>
      <w:r>
        <w:rPr>
          <w:rFonts w:eastAsia="Cambria" w:cs="Cambria"/>
          <w:color w:val="202033"/>
        </w:rPr>
        <w:t>Creswell JW, Creswell JD, Guetterman TC. Educational research: planning, conducting, and evaluating quantitative and qualitative research. 7th ed. Boston: Pearson; 2025.</w:t>
      </w:r>
    </w:p>
    <w:p w14:paraId="09924C55" w14:textId="77777777" w:rsidR="00B26839" w:rsidRDefault="00000000">
      <w:pPr>
        <w:pStyle w:val="Reference"/>
        <w:spacing w:after="52" w:line="228" w:lineRule="auto"/>
        <w:ind w:left="259" w:hanging="259"/>
      </w:pPr>
      <w:r>
        <w:rPr>
          <w:rFonts w:eastAsia="Cambria" w:cs="Cambria"/>
          <w:b/>
          <w:color w:val="2196F3"/>
        </w:rPr>
        <w:t xml:space="preserve">4. </w:t>
      </w:r>
      <w:r>
        <w:rPr>
          <w:rFonts w:eastAsia="Cambria" w:cs="Cambria"/>
          <w:color w:val="202033"/>
        </w:rPr>
        <w:t>UNESCO. Global education monitoring report 2024/5: leadership in education. Paris: UNESCO; 2024.</w:t>
      </w:r>
    </w:p>
    <w:p w14:paraId="4C871C04" w14:textId="77777777" w:rsidR="00B26839" w:rsidRDefault="00000000">
      <w:pPr>
        <w:pStyle w:val="Reference"/>
        <w:spacing w:after="52" w:line="228" w:lineRule="auto"/>
        <w:ind w:left="259" w:hanging="259"/>
      </w:pPr>
      <w:r>
        <w:rPr>
          <w:rFonts w:eastAsia="Cambria" w:cs="Cambria"/>
          <w:b/>
          <w:color w:val="2196F3"/>
        </w:rPr>
        <w:t xml:space="preserve">5. </w:t>
      </w:r>
      <w:r>
        <w:rPr>
          <w:rFonts w:eastAsia="Cambria" w:cs="Cambria"/>
          <w:color w:val="202033"/>
        </w:rPr>
        <w:t>World Health Organization. Guidance on research methods for health emergency and disaster risk management [Internet]. Geneva: WHO; 2021 [cited YYYY Mon DD]. Available from: https://www.who.int/publications/</w:t>
      </w:r>
    </w:p>
    <w:p w14:paraId="764A95B3" w14:textId="77777777" w:rsidR="00B26839" w:rsidRDefault="00000000">
      <w:pPr>
        <w:pStyle w:val="Reference"/>
        <w:spacing w:after="52" w:line="228" w:lineRule="auto"/>
        <w:ind w:left="259" w:hanging="259"/>
      </w:pPr>
      <w:r>
        <w:rPr>
          <w:rFonts w:eastAsia="Cambria" w:cs="Cambria"/>
          <w:b/>
          <w:color w:val="2196F3"/>
        </w:rPr>
        <w:t xml:space="preserve">6. </w:t>
      </w:r>
      <w:r>
        <w:rPr>
          <w:rFonts w:eastAsia="Cambria" w:cs="Cambria"/>
          <w:color w:val="202033"/>
        </w:rPr>
        <w:t>[Family Name Initials], [Family Name Initials], [Family Name Initials], et al. [Article title]. [Abbreviated Journal Title]. [Year];[Volume]([Issue]):[Pages/eLocator]. doi: [DOI].</w:t>
      </w:r>
    </w:p>
    <w:p w14:paraId="265DE279" w14:textId="77777777" w:rsidR="00B26839" w:rsidRDefault="00000000">
      <w:pPr>
        <w:pStyle w:val="Heading1"/>
      </w:pPr>
      <w:r>
        <w:rPr>
          <w:rFonts w:ascii="Cambria" w:eastAsia="Cambria" w:hAnsi="Cambria"/>
        </w:rPr>
        <w:t>Reference Examples by Source Type</w:t>
      </w:r>
    </w:p>
    <w:p w14:paraId="7AC60BC1" w14:textId="77777777" w:rsidR="00B26839" w:rsidRDefault="00000000">
      <w:pPr>
        <w:spacing w:after="50" w:line="228" w:lineRule="auto"/>
      </w:pPr>
      <w:r>
        <w:rPr>
          <w:rFonts w:eastAsia="Cambria" w:cs="Cambria"/>
          <w:b/>
          <w:color w:val="030135"/>
          <w:sz w:val="16"/>
        </w:rPr>
        <w:t xml:space="preserve">Journal article: </w:t>
      </w:r>
      <w:r>
        <w:rPr>
          <w:rFonts w:eastAsia="Cambria" w:cs="Cambria"/>
          <w:sz w:val="16"/>
        </w:rPr>
        <w:t>Familyname AB, Familyname CD, Familyname EF, et al. Article title. Abbrev J Title. Year;volume(issue):pages. doi: 10.xxxx/xxxxx.</w:t>
      </w:r>
    </w:p>
    <w:p w14:paraId="1ABDD61D" w14:textId="77777777" w:rsidR="00B26839" w:rsidRDefault="00000000">
      <w:pPr>
        <w:spacing w:after="50" w:line="228" w:lineRule="auto"/>
      </w:pPr>
      <w:r>
        <w:rPr>
          <w:rFonts w:eastAsia="Cambria" w:cs="Cambria"/>
          <w:b/>
          <w:color w:val="030135"/>
          <w:sz w:val="16"/>
        </w:rPr>
        <w:t xml:space="preserve">Book: </w:t>
      </w:r>
      <w:r>
        <w:rPr>
          <w:rFonts w:eastAsia="Cambria" w:cs="Cambria"/>
          <w:sz w:val="16"/>
        </w:rPr>
        <w:t>Familyname AB, Familyname CD. Book title. Edition. City: Publisher; Year.</w:t>
      </w:r>
    </w:p>
    <w:p w14:paraId="7FCBD8B1" w14:textId="77777777" w:rsidR="00B26839" w:rsidRDefault="00000000">
      <w:pPr>
        <w:spacing w:after="50" w:line="228" w:lineRule="auto"/>
      </w:pPr>
      <w:r>
        <w:rPr>
          <w:rFonts w:eastAsia="Cambria" w:cs="Cambria"/>
          <w:b/>
          <w:color w:val="030135"/>
          <w:sz w:val="16"/>
        </w:rPr>
        <w:t xml:space="preserve">Book chapter: </w:t>
      </w:r>
      <w:r>
        <w:rPr>
          <w:rFonts w:eastAsia="Cambria" w:cs="Cambria"/>
          <w:sz w:val="16"/>
        </w:rPr>
        <w:t>Familyname AB. Chapter title. In: Familyname CD, Familyname EF, editors. Book title. City: Publisher; Year. p. xx-xx.</w:t>
      </w:r>
    </w:p>
    <w:p w14:paraId="4A450D6A" w14:textId="77777777" w:rsidR="00B26839" w:rsidRDefault="00000000">
      <w:pPr>
        <w:spacing w:after="50" w:line="228" w:lineRule="auto"/>
      </w:pPr>
      <w:r>
        <w:rPr>
          <w:rFonts w:eastAsia="Cambria" w:cs="Cambria"/>
          <w:b/>
          <w:color w:val="030135"/>
          <w:sz w:val="16"/>
        </w:rPr>
        <w:t xml:space="preserve">Web page: </w:t>
      </w:r>
      <w:r>
        <w:rPr>
          <w:rFonts w:eastAsia="Cambria" w:cs="Cambria"/>
          <w:sz w:val="16"/>
        </w:rPr>
        <w:t>Organization name. Page title [Internet]. City: Publisher; Year [cited YYYY Mon DD]. Available from: URL.</w:t>
      </w:r>
    </w:p>
    <w:p w14:paraId="562072CC" w14:textId="77777777" w:rsidR="00B26839" w:rsidRDefault="00000000">
      <w:pPr>
        <w:spacing w:after="50" w:line="228" w:lineRule="auto"/>
      </w:pPr>
      <w:r>
        <w:rPr>
          <w:rFonts w:eastAsia="Cambria" w:cs="Cambria"/>
          <w:b/>
          <w:color w:val="030135"/>
          <w:sz w:val="16"/>
        </w:rPr>
        <w:t xml:space="preserve">Dataset: </w:t>
      </w:r>
      <w:r>
        <w:rPr>
          <w:rFonts w:eastAsia="Cambria" w:cs="Cambria"/>
          <w:sz w:val="16"/>
        </w:rPr>
        <w:t>Creator AB, Creator CD. Dataset title [dataset]. Version. Repository; Year. doi: 10.xxxx/xxxxx.</w:t>
      </w:r>
    </w:p>
    <w:p w14:paraId="35E0ED67" w14:textId="77777777" w:rsidR="00B26839" w:rsidRDefault="00B26839">
      <w:pPr>
        <w:sectPr w:rsidR="00B26839">
          <w:headerReference w:type="default" r:id="rId16"/>
          <w:footerReference w:type="default" r:id="rId17"/>
          <w:pgSz w:w="11906" w:h="16838"/>
          <w:pgMar w:top="893" w:right="936" w:bottom="835" w:left="936" w:header="288" w:footer="317" w:gutter="0"/>
          <w:cols w:space="360"/>
          <w:docGrid w:linePitch="360"/>
        </w:sectPr>
      </w:pPr>
    </w:p>
    <w:p w14:paraId="11005479" w14:textId="77777777" w:rsidR="00B26839" w:rsidRDefault="00000000">
      <w:pPr>
        <w:keepNext/>
        <w:pBdr>
          <w:bottom w:val="single" w:sz="7" w:space="2" w:color="2196F3"/>
        </w:pBdr>
        <w:shd w:val="clear" w:color="auto" w:fill="ECF4FB"/>
        <w:spacing w:after="140"/>
        <w:ind w:left="80" w:right="80"/>
      </w:pPr>
      <w:r>
        <w:rPr>
          <w:rFonts w:eastAsia="Cambria" w:cs="Cambria"/>
          <w:b/>
          <w:color w:val="030135"/>
          <w:sz w:val="16"/>
        </w:rPr>
        <w:lastRenderedPageBreak/>
        <w:t>PRODUCTION CHECKLIST - DELETE THIS PAGE BEFORE PUBLICATION</w:t>
      </w:r>
    </w:p>
    <w:tbl>
      <w:tblPr>
        <w:tblW w:w="10000" w:type="dxa"/>
        <w:jc w:val="center"/>
        <w:tblBorders>
          <w:top w:val="nil"/>
          <w:left w:val="nil"/>
          <w:bottom w:val="nil"/>
          <w:right w:val="nil"/>
          <w:insideH w:val="nil"/>
          <w:insideV w:val="nil"/>
        </w:tblBorders>
        <w:tblLayout w:type="fixed"/>
        <w:tblLook w:val="04A0" w:firstRow="1" w:lastRow="0" w:firstColumn="1" w:lastColumn="0" w:noHBand="0" w:noVBand="1"/>
      </w:tblPr>
      <w:tblGrid>
        <w:gridCol w:w="520"/>
        <w:gridCol w:w="9480"/>
      </w:tblGrid>
      <w:tr w:rsidR="00B26839" w14:paraId="2D7F1195" w14:textId="77777777">
        <w:trPr>
          <w:jc w:val="center"/>
        </w:trPr>
        <w:tc>
          <w:tcPr>
            <w:tcW w:w="520" w:type="dxa"/>
            <w:tcMar>
              <w:top w:w="70" w:type="dxa"/>
              <w:left w:w="70" w:type="dxa"/>
              <w:bottom w:w="70" w:type="dxa"/>
              <w:right w:w="70" w:type="dxa"/>
            </w:tcMar>
          </w:tcPr>
          <w:p w14:paraId="54B56772" w14:textId="77777777" w:rsidR="00B26839"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4E4E50D0" w14:textId="77777777" w:rsidR="00B26839" w:rsidRDefault="00000000">
            <w:pPr>
              <w:spacing w:after="0"/>
            </w:pPr>
            <w:r>
              <w:rPr>
                <w:rFonts w:eastAsia="Cambria" w:cs="Cambria"/>
                <w:sz w:val="17"/>
              </w:rPr>
              <w:t>The first page shows the full journal title, volume, issue, year, article identity/pages, DOI, unique article URL, PDF Galley, access license, copyright, and all history dates.</w:t>
            </w:r>
          </w:p>
        </w:tc>
      </w:tr>
      <w:tr w:rsidR="00B26839" w14:paraId="52122445" w14:textId="77777777">
        <w:trPr>
          <w:jc w:val="center"/>
        </w:trPr>
        <w:tc>
          <w:tcPr>
            <w:tcW w:w="520" w:type="dxa"/>
            <w:tcMar>
              <w:top w:w="70" w:type="dxa"/>
              <w:left w:w="70" w:type="dxa"/>
              <w:bottom w:w="70" w:type="dxa"/>
              <w:right w:w="70" w:type="dxa"/>
            </w:tcMar>
          </w:tcPr>
          <w:p w14:paraId="7ED248AF" w14:textId="77777777" w:rsidR="00B26839"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643B4D52" w14:textId="77777777" w:rsidR="00B26839" w:rsidRDefault="00000000">
            <w:pPr>
              <w:spacing w:after="0"/>
            </w:pPr>
            <w:r>
              <w:rPr>
                <w:rFonts w:eastAsia="Cambria" w:cs="Cambria"/>
                <w:sz w:val="17"/>
              </w:rPr>
              <w:t>The full-text article is assigned an individual, permanent article URL; the PDF Galley resolves from the article landing page.</w:t>
            </w:r>
          </w:p>
        </w:tc>
      </w:tr>
      <w:tr w:rsidR="00B26839" w14:paraId="0C00876E" w14:textId="77777777">
        <w:trPr>
          <w:jc w:val="center"/>
        </w:trPr>
        <w:tc>
          <w:tcPr>
            <w:tcW w:w="520" w:type="dxa"/>
            <w:tcMar>
              <w:top w:w="70" w:type="dxa"/>
              <w:left w:w="70" w:type="dxa"/>
              <w:bottom w:w="70" w:type="dxa"/>
              <w:right w:w="70" w:type="dxa"/>
            </w:tcMar>
          </w:tcPr>
          <w:p w14:paraId="1D0650F9" w14:textId="77777777" w:rsidR="00B26839"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165D1522" w14:textId="77777777" w:rsidR="00B26839" w:rsidRDefault="00000000">
            <w:pPr>
              <w:spacing w:after="0"/>
            </w:pPr>
            <w:r>
              <w:rPr>
                <w:rFonts w:eastAsia="Cambria" w:cs="Cambria"/>
                <w:sz w:val="17"/>
              </w:rPr>
              <w:t>Title, author order, affiliations, ORCID identifiers, abstract, keywords, funding, and reference data match the OJS metadata record.</w:t>
            </w:r>
          </w:p>
        </w:tc>
      </w:tr>
      <w:tr w:rsidR="00B26839" w14:paraId="1CC433BA" w14:textId="77777777">
        <w:trPr>
          <w:jc w:val="center"/>
        </w:trPr>
        <w:tc>
          <w:tcPr>
            <w:tcW w:w="520" w:type="dxa"/>
            <w:tcMar>
              <w:top w:w="70" w:type="dxa"/>
              <w:left w:w="70" w:type="dxa"/>
              <w:bottom w:w="70" w:type="dxa"/>
              <w:right w:w="70" w:type="dxa"/>
            </w:tcMar>
          </w:tcPr>
          <w:p w14:paraId="0B5844C8" w14:textId="77777777" w:rsidR="00B26839"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54535A83" w14:textId="77777777" w:rsidR="00B26839" w:rsidRDefault="00000000">
            <w:pPr>
              <w:spacing w:after="0"/>
            </w:pPr>
            <w:r>
              <w:rPr>
                <w:rFonts w:eastAsia="Cambria" w:cs="Cambria"/>
                <w:sz w:val="17"/>
              </w:rPr>
              <w:t>The main text is in two columns and Cambria; PRISMA 2020 and PRISMA-S are addressed; registration and reproducible searches are reported; tables remain editable.</w:t>
            </w:r>
          </w:p>
        </w:tc>
      </w:tr>
      <w:tr w:rsidR="00B26839" w14:paraId="58345FC8" w14:textId="77777777">
        <w:trPr>
          <w:jc w:val="center"/>
        </w:trPr>
        <w:tc>
          <w:tcPr>
            <w:tcW w:w="520" w:type="dxa"/>
            <w:tcMar>
              <w:top w:w="70" w:type="dxa"/>
              <w:left w:w="70" w:type="dxa"/>
              <w:bottom w:w="70" w:type="dxa"/>
              <w:right w:w="70" w:type="dxa"/>
            </w:tcMar>
          </w:tcPr>
          <w:p w14:paraId="2E011BC5" w14:textId="77777777" w:rsidR="00B26839"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7B932D0E" w14:textId="77777777" w:rsidR="00B26839" w:rsidRDefault="00000000">
            <w:pPr>
              <w:spacing w:after="0"/>
            </w:pPr>
            <w:r>
              <w:rPr>
                <w:rFonts w:eastAsia="Cambria" w:cs="Cambria"/>
                <w:sz w:val="17"/>
              </w:rPr>
              <w:t>Vancouver citations are numbered by first appearance; each reference lists the first three authors family-name-first with initials, followed by et al. when applicable.</w:t>
            </w:r>
          </w:p>
        </w:tc>
      </w:tr>
      <w:tr w:rsidR="00B26839" w14:paraId="04D9E4F7" w14:textId="77777777">
        <w:trPr>
          <w:jc w:val="center"/>
        </w:trPr>
        <w:tc>
          <w:tcPr>
            <w:tcW w:w="520" w:type="dxa"/>
            <w:tcMar>
              <w:top w:w="70" w:type="dxa"/>
              <w:left w:w="70" w:type="dxa"/>
              <w:bottom w:w="70" w:type="dxa"/>
              <w:right w:w="70" w:type="dxa"/>
            </w:tcMar>
          </w:tcPr>
          <w:p w14:paraId="6C4B527F" w14:textId="77777777" w:rsidR="00B26839"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20A8BFFC" w14:textId="77777777" w:rsidR="00B26839" w:rsidRDefault="00000000">
            <w:pPr>
              <w:spacing w:after="0"/>
            </w:pPr>
            <w:r>
              <w:rPr>
                <w:rFonts w:eastAsia="Cambria" w:cs="Cambria"/>
                <w:sz w:val="17"/>
              </w:rPr>
              <w:t>AI use, author contributions, funding, competing interests, ethics, consent, and data availability declarations are complete and easy to locate.</w:t>
            </w:r>
          </w:p>
        </w:tc>
      </w:tr>
      <w:tr w:rsidR="00B26839" w14:paraId="7D3AEB51" w14:textId="77777777">
        <w:trPr>
          <w:jc w:val="center"/>
        </w:trPr>
        <w:tc>
          <w:tcPr>
            <w:tcW w:w="520" w:type="dxa"/>
            <w:tcMar>
              <w:top w:w="70" w:type="dxa"/>
              <w:left w:w="70" w:type="dxa"/>
              <w:bottom w:w="70" w:type="dxa"/>
              <w:right w:w="70" w:type="dxa"/>
            </w:tcMar>
          </w:tcPr>
          <w:p w14:paraId="363196F9" w14:textId="77777777" w:rsidR="00B26839" w:rsidRDefault="00000000">
            <w:pPr>
              <w:spacing w:after="0"/>
              <w:jc w:val="center"/>
            </w:pPr>
            <w:r>
              <w:rPr>
                <w:rFonts w:eastAsia="Cambria" w:cs="Cambria"/>
                <w:b/>
                <w:color w:val="2196F3"/>
              </w:rPr>
              <w:t>[ ]</w:t>
            </w:r>
          </w:p>
        </w:tc>
        <w:tc>
          <w:tcPr>
            <w:tcW w:w="9480" w:type="dxa"/>
            <w:tcMar>
              <w:top w:w="70" w:type="dxa"/>
              <w:left w:w="70" w:type="dxa"/>
              <w:bottom w:w="70" w:type="dxa"/>
              <w:right w:w="70" w:type="dxa"/>
            </w:tcMar>
          </w:tcPr>
          <w:p w14:paraId="27798DA0" w14:textId="77777777" w:rsidR="00B26839" w:rsidRDefault="00000000">
            <w:pPr>
              <w:spacing w:after="0"/>
            </w:pPr>
            <w:r>
              <w:rPr>
                <w:rFonts w:eastAsia="Cambria" w:cs="Cambria"/>
                <w:sz w:val="17"/>
              </w:rPr>
              <w:t>All placeholders, instructional notes, unused alternatives, and this checklist page have been removed before the final PDF is generated.</w:t>
            </w:r>
          </w:p>
        </w:tc>
      </w:tr>
    </w:tbl>
    <w:p w14:paraId="58628B78" w14:textId="77777777" w:rsidR="00BD71B8" w:rsidRDefault="00BD71B8"/>
    <w:sectPr w:rsidR="00BD71B8" w:rsidSect="00034616">
      <w:headerReference w:type="default" r:id="rId18"/>
      <w:footerReference w:type="default" r:id="rId19"/>
      <w:headerReference w:type="first" r:id="rId20"/>
      <w:footerReference w:type="first" r:id="rId21"/>
      <w:pgSz w:w="11906" w:h="16838"/>
      <w:pgMar w:top="893" w:right="936" w:bottom="835" w:left="936" w:header="288" w:footer="317"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446013" w14:textId="77777777" w:rsidR="00BD71B8" w:rsidRDefault="00BD71B8">
      <w:pPr>
        <w:spacing w:after="0"/>
      </w:pPr>
      <w:r>
        <w:separator/>
      </w:r>
    </w:p>
  </w:endnote>
  <w:endnote w:type="continuationSeparator" w:id="0">
    <w:p w14:paraId="1EDB090F" w14:textId="77777777" w:rsidR="00BD71B8" w:rsidRDefault="00BD7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C1466B" w14:textId="77777777" w:rsidR="00B26839" w:rsidRDefault="00B26839">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B26839" w14:paraId="6CD16A71" w14:textId="77777777">
      <w:trPr>
        <w:jc w:val="center"/>
      </w:trPr>
      <w:tc>
        <w:tcPr>
          <w:tcW w:w="7400" w:type="dxa"/>
          <w:tcMar>
            <w:top w:w="20" w:type="dxa"/>
            <w:left w:w="30" w:type="dxa"/>
            <w:bottom w:w="20" w:type="dxa"/>
            <w:right w:w="30" w:type="dxa"/>
          </w:tcMar>
        </w:tcPr>
        <w:p w14:paraId="61B734D6" w14:textId="77777777" w:rsidR="00B26839"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4C72D7E6" w14:textId="77777777" w:rsidR="00B26839"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B62A18" w14:textId="77777777" w:rsidR="00B26839" w:rsidRDefault="00B26839">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B26839" w14:paraId="758075A1" w14:textId="77777777">
      <w:trPr>
        <w:jc w:val="center"/>
      </w:trPr>
      <w:tc>
        <w:tcPr>
          <w:tcW w:w="7400" w:type="dxa"/>
          <w:tcMar>
            <w:top w:w="20" w:type="dxa"/>
            <w:left w:w="30" w:type="dxa"/>
            <w:bottom w:w="20" w:type="dxa"/>
            <w:right w:w="30" w:type="dxa"/>
          </w:tcMar>
        </w:tcPr>
        <w:p w14:paraId="2779ACB1" w14:textId="77777777" w:rsidR="00B26839"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01E2D134" w14:textId="77777777" w:rsidR="00B26839"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6CFFDD" w14:textId="77777777" w:rsidR="00B26839" w:rsidRDefault="00B26839">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B26839" w14:paraId="01D2A7DD" w14:textId="77777777">
      <w:trPr>
        <w:jc w:val="center"/>
      </w:trPr>
      <w:tc>
        <w:tcPr>
          <w:tcW w:w="7400" w:type="dxa"/>
          <w:tcMar>
            <w:top w:w="20" w:type="dxa"/>
            <w:left w:w="30" w:type="dxa"/>
            <w:bottom w:w="20" w:type="dxa"/>
            <w:right w:w="30" w:type="dxa"/>
          </w:tcMar>
        </w:tcPr>
        <w:p w14:paraId="59A0C4EF" w14:textId="77777777" w:rsidR="00B26839"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07AFE436" w14:textId="77777777" w:rsidR="00B26839"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5C202C" w14:textId="77777777" w:rsidR="00B26839" w:rsidRDefault="00B26839">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B26839" w14:paraId="53423553" w14:textId="77777777">
      <w:trPr>
        <w:jc w:val="center"/>
      </w:trPr>
      <w:tc>
        <w:tcPr>
          <w:tcW w:w="7400" w:type="dxa"/>
          <w:tcMar>
            <w:top w:w="20" w:type="dxa"/>
            <w:left w:w="30" w:type="dxa"/>
            <w:bottom w:w="20" w:type="dxa"/>
            <w:right w:w="30" w:type="dxa"/>
          </w:tcMar>
        </w:tcPr>
        <w:p w14:paraId="524B37A9" w14:textId="77777777" w:rsidR="00B26839"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2AA33C04" w14:textId="77777777" w:rsidR="00B26839"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B3A939" w14:textId="77777777" w:rsidR="00B26839" w:rsidRDefault="00B26839">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B26839" w14:paraId="0B607010" w14:textId="77777777">
      <w:trPr>
        <w:jc w:val="center"/>
      </w:trPr>
      <w:tc>
        <w:tcPr>
          <w:tcW w:w="7400" w:type="dxa"/>
          <w:tcMar>
            <w:top w:w="20" w:type="dxa"/>
            <w:left w:w="30" w:type="dxa"/>
            <w:bottom w:w="20" w:type="dxa"/>
            <w:right w:w="30" w:type="dxa"/>
          </w:tcMar>
        </w:tcPr>
        <w:p w14:paraId="126FA5BC" w14:textId="77777777" w:rsidR="00B26839"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6035CF59" w14:textId="77777777" w:rsidR="00B26839"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9D921B" w14:textId="77777777" w:rsidR="00B26839" w:rsidRDefault="00B26839">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B26839" w14:paraId="7EA242ED" w14:textId="77777777">
      <w:trPr>
        <w:jc w:val="center"/>
      </w:trPr>
      <w:tc>
        <w:tcPr>
          <w:tcW w:w="7400" w:type="dxa"/>
          <w:tcMar>
            <w:top w:w="20" w:type="dxa"/>
            <w:left w:w="30" w:type="dxa"/>
            <w:bottom w:w="20" w:type="dxa"/>
            <w:right w:w="30" w:type="dxa"/>
          </w:tcMar>
        </w:tcPr>
        <w:p w14:paraId="17FB12CB" w14:textId="77777777" w:rsidR="00B26839"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160CA853" w14:textId="77777777" w:rsidR="00B26839"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97625F" w14:textId="77777777" w:rsidR="00B26839" w:rsidRDefault="00B26839">
    <w:pPr>
      <w:spacing w:after="0"/>
    </w:pPr>
  </w:p>
  <w:tbl>
    <w:tblPr>
      <w:tblW w:w="10030" w:type="dxa"/>
      <w:jc w:val="center"/>
      <w:tblBorders>
        <w:top w:val="nil"/>
        <w:left w:val="nil"/>
        <w:bottom w:val="nil"/>
        <w:right w:val="nil"/>
        <w:insideH w:val="nil"/>
        <w:insideV w:val="nil"/>
      </w:tblBorders>
      <w:tblLayout w:type="fixed"/>
      <w:tblLook w:val="04A0" w:firstRow="1" w:lastRow="0" w:firstColumn="1" w:lastColumn="0" w:noHBand="0" w:noVBand="1"/>
    </w:tblPr>
    <w:tblGrid>
      <w:gridCol w:w="7400"/>
      <w:gridCol w:w="2630"/>
    </w:tblGrid>
    <w:tr w:rsidR="00B26839" w14:paraId="19F54F11" w14:textId="77777777">
      <w:trPr>
        <w:jc w:val="center"/>
      </w:trPr>
      <w:tc>
        <w:tcPr>
          <w:tcW w:w="7400" w:type="dxa"/>
          <w:tcMar>
            <w:top w:w="20" w:type="dxa"/>
            <w:left w:w="30" w:type="dxa"/>
            <w:bottom w:w="20" w:type="dxa"/>
            <w:right w:w="30" w:type="dxa"/>
          </w:tcMar>
        </w:tcPr>
        <w:p w14:paraId="5AA5C69A" w14:textId="77777777" w:rsidR="00B26839" w:rsidRDefault="00000000">
          <w:pPr>
            <w:spacing w:after="0" w:line="216" w:lineRule="auto"/>
          </w:pPr>
          <w:r>
            <w:rPr>
              <w:rFonts w:eastAsia="Cambria" w:cs="Cambria"/>
              <w:color w:val="616174"/>
              <w:sz w:val="13"/>
            </w:rPr>
            <w:t>Copyright (c) [YEAR] The Author(s). CC BY-NC-SA 4.0 | Enigma Institute</w:t>
          </w:r>
        </w:p>
      </w:tc>
      <w:tc>
        <w:tcPr>
          <w:tcW w:w="2630" w:type="dxa"/>
          <w:tcMar>
            <w:top w:w="20" w:type="dxa"/>
            <w:left w:w="30" w:type="dxa"/>
            <w:bottom w:w="20" w:type="dxa"/>
            <w:right w:w="30" w:type="dxa"/>
          </w:tcMar>
        </w:tcPr>
        <w:p w14:paraId="24C0F7F6" w14:textId="77777777" w:rsidR="00B26839" w:rsidRDefault="00000000">
          <w:pPr>
            <w:spacing w:after="0" w:line="216" w:lineRule="auto"/>
            <w:jc w:val="right"/>
          </w:pPr>
          <w:r>
            <w:rPr>
              <w:rFonts w:eastAsia="Cambria" w:cs="Cambria"/>
              <w:color w:val="616174"/>
              <w:sz w:val="13"/>
            </w:rPr>
            <w:t xml:space="preserve">Enigma in </w:t>
          </w:r>
          <w:proofErr w:type="gramStart"/>
          <w:r>
            <w:rPr>
              <w:rFonts w:eastAsia="Cambria" w:cs="Cambria"/>
              <w:color w:val="616174"/>
              <w:sz w:val="13"/>
            </w:rPr>
            <w:t>Education  |</w:t>
          </w:r>
          <w:proofErr w:type="gramEnd"/>
          <w:r>
            <w:rPr>
              <w:rFonts w:eastAsia="Cambria" w:cs="Cambria"/>
              <w:color w:val="616174"/>
              <w:sz w:val="13"/>
            </w:rPr>
            <w:t xml:space="preserve">  </w:t>
          </w:r>
          <w:r>
            <w:rPr>
              <w:rFonts w:eastAsia="Cambria" w:cs="Cambria"/>
              <w:color w:val="2196F3"/>
              <w:sz w:val="13"/>
            </w:rPr>
            <w:fldChar w:fldCharType="begin"/>
          </w:r>
          <w:r>
            <w:rPr>
              <w:rFonts w:eastAsia="Cambria" w:cs="Cambria"/>
              <w:color w:val="2196F3"/>
              <w:sz w:val="13"/>
            </w:rPr>
            <w:instrText>PAGE</w:instrText>
          </w:r>
          <w:r>
            <w:rPr>
              <w:rFonts w:eastAsia="Cambria" w:cs="Cambria"/>
              <w:color w:val="2196F3"/>
              <w:sz w:val="13"/>
            </w:rPr>
            <w:fldChar w:fldCharType="separate"/>
          </w:r>
          <w:r>
            <w:rPr>
              <w:rFonts w:eastAsia="Cambria" w:cs="Cambria"/>
              <w:color w:val="2196F3"/>
              <w:sz w:val="13"/>
            </w:rPr>
            <w:t>1</w:t>
          </w:r>
          <w:r>
            <w:rPr>
              <w:rFonts w:eastAsia="Cambria" w:cs="Cambria"/>
              <w:color w:val="2196F3"/>
              <w:sz w:val="13"/>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9DFB7B" w14:textId="77777777" w:rsidR="00BD71B8" w:rsidRDefault="00BD71B8">
      <w:pPr>
        <w:spacing w:after="0"/>
      </w:pPr>
      <w:r>
        <w:separator/>
      </w:r>
    </w:p>
  </w:footnote>
  <w:footnote w:type="continuationSeparator" w:id="0">
    <w:p w14:paraId="4E023943" w14:textId="77777777" w:rsidR="00BD71B8" w:rsidRDefault="00BD71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10" w:space="0" w:color="2196F3"/>
        <w:right w:val="nil"/>
        <w:insideH w:val="nil"/>
        <w:insideV w:val="nil"/>
      </w:tblBorders>
      <w:tblLayout w:type="fixed"/>
      <w:tblLook w:val="04A0" w:firstRow="1" w:lastRow="0" w:firstColumn="1" w:lastColumn="0" w:noHBand="0" w:noVBand="1"/>
    </w:tblPr>
    <w:tblGrid>
      <w:gridCol w:w="7128"/>
      <w:gridCol w:w="2909"/>
    </w:tblGrid>
    <w:tr w:rsidR="00B26839" w14:paraId="4DAAED79" w14:textId="77777777">
      <w:trPr>
        <w:jc w:val="center"/>
      </w:trPr>
      <w:tc>
        <w:tcPr>
          <w:tcW w:w="7128" w:type="dxa"/>
          <w:shd w:val="clear" w:color="auto" w:fill="ECF4FB"/>
          <w:tcMar>
            <w:top w:w="85" w:type="dxa"/>
            <w:left w:w="130" w:type="dxa"/>
            <w:bottom w:w="85" w:type="dxa"/>
            <w:right w:w="130" w:type="dxa"/>
          </w:tcMar>
          <w:vAlign w:val="center"/>
        </w:tcPr>
        <w:p w14:paraId="7B288512" w14:textId="77777777" w:rsidR="00B26839" w:rsidRDefault="00000000">
          <w:pPr>
            <w:spacing w:after="0"/>
          </w:pPr>
          <w:r>
            <w:rPr>
              <w:rFonts w:eastAsia="Cambria"/>
              <w:b/>
              <w:color w:val="030135"/>
              <w:sz w:val="27"/>
            </w:rPr>
            <w:t>Enigma in Education</w:t>
          </w:r>
        </w:p>
        <w:p w14:paraId="5C85EC10" w14:textId="77777777" w:rsidR="00B26839" w:rsidRDefault="00000000">
          <w:pPr>
            <w:spacing w:before="20" w:after="0"/>
          </w:pPr>
          <w:r>
            <w:rPr>
              <w:rFonts w:eastAsia="Cambria"/>
              <w:color w:val="626C70"/>
              <w:sz w:val="15"/>
            </w:rPr>
            <w:t>https://enigma.or.id/index.php/edu</w:t>
          </w:r>
        </w:p>
      </w:tc>
      <w:tc>
        <w:tcPr>
          <w:tcW w:w="2909" w:type="dxa"/>
          <w:shd w:val="clear" w:color="auto" w:fill="ECF4FB"/>
          <w:tcMar>
            <w:top w:w="85" w:type="dxa"/>
            <w:left w:w="130" w:type="dxa"/>
            <w:bottom w:w="85" w:type="dxa"/>
            <w:right w:w="130" w:type="dxa"/>
          </w:tcMar>
          <w:vAlign w:val="center"/>
        </w:tcPr>
        <w:p w14:paraId="18BE0AA4" w14:textId="77777777" w:rsidR="00B26839" w:rsidRDefault="00000000">
          <w:pPr>
            <w:spacing w:after="0"/>
            <w:jc w:val="right"/>
          </w:pPr>
          <w:r>
            <w:rPr>
              <w:rFonts w:eastAsia="Cambria"/>
              <w:b/>
              <w:color w:val="030135"/>
            </w:rPr>
            <w:t>e-ISSN: 3026-5827</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B26839" w14:paraId="44B49090" w14:textId="77777777">
      <w:trPr>
        <w:jc w:val="center"/>
      </w:trPr>
      <w:tc>
        <w:tcPr>
          <w:tcW w:w="4392" w:type="dxa"/>
          <w:shd w:val="clear" w:color="auto" w:fill="FFFFFF"/>
          <w:tcMar>
            <w:top w:w="65" w:type="dxa"/>
            <w:left w:w="20" w:type="dxa"/>
            <w:bottom w:w="70" w:type="dxa"/>
            <w:right w:w="20" w:type="dxa"/>
          </w:tcMar>
          <w:vAlign w:val="center"/>
        </w:tcPr>
        <w:p w14:paraId="087D7805" w14:textId="77777777" w:rsidR="00B26839"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50721C4D" w14:textId="77777777" w:rsidR="00B26839" w:rsidRDefault="00000000">
          <w:pPr>
            <w:spacing w:after="0"/>
            <w:jc w:val="right"/>
          </w:pPr>
          <w:r>
            <w:rPr>
              <w:rFonts w:eastAsia="Cambria"/>
              <w:b/>
              <w:color w:val="030135"/>
            </w:rPr>
            <w:t>Enigma in Education</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B26839" w14:paraId="6EA3066C" w14:textId="77777777">
      <w:trPr>
        <w:jc w:val="center"/>
      </w:trPr>
      <w:tc>
        <w:tcPr>
          <w:tcW w:w="4392" w:type="dxa"/>
          <w:shd w:val="clear" w:color="auto" w:fill="FFFFFF"/>
          <w:tcMar>
            <w:top w:w="65" w:type="dxa"/>
            <w:left w:w="20" w:type="dxa"/>
            <w:bottom w:w="70" w:type="dxa"/>
            <w:right w:w="20" w:type="dxa"/>
          </w:tcMar>
          <w:vAlign w:val="center"/>
        </w:tcPr>
        <w:p w14:paraId="5BBE01B3" w14:textId="77777777" w:rsidR="00B26839"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23542884" w14:textId="77777777" w:rsidR="00B26839" w:rsidRDefault="00000000">
          <w:pPr>
            <w:spacing w:after="0"/>
            <w:jc w:val="right"/>
          </w:pPr>
          <w:r>
            <w:rPr>
              <w:rFonts w:eastAsia="Cambria"/>
              <w:b/>
              <w:color w:val="030135"/>
            </w:rPr>
            <w:t>Enigma in Education</w:t>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B26839" w14:paraId="153F63C1" w14:textId="77777777">
      <w:trPr>
        <w:jc w:val="center"/>
      </w:trPr>
      <w:tc>
        <w:tcPr>
          <w:tcW w:w="4392" w:type="dxa"/>
          <w:shd w:val="clear" w:color="auto" w:fill="FFFFFF"/>
          <w:tcMar>
            <w:top w:w="65" w:type="dxa"/>
            <w:left w:w="20" w:type="dxa"/>
            <w:bottom w:w="70" w:type="dxa"/>
            <w:right w:w="20" w:type="dxa"/>
          </w:tcMar>
          <w:vAlign w:val="center"/>
        </w:tcPr>
        <w:p w14:paraId="54BE93ED" w14:textId="77777777" w:rsidR="00B26839"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2E3DD5CA" w14:textId="77777777" w:rsidR="00B26839" w:rsidRDefault="00000000">
          <w:pPr>
            <w:spacing w:after="0"/>
            <w:jc w:val="right"/>
          </w:pPr>
          <w:r>
            <w:rPr>
              <w:rFonts w:eastAsia="Cambria"/>
              <w:b/>
              <w:color w:val="030135"/>
            </w:rPr>
            <w:t>Enigma in Education</w:t>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F29A4E" w14:textId="77777777" w:rsidR="00B26839" w:rsidRDefault="00B26839">
    <w:pPr>
      <w:spacing w:after="0"/>
    </w:pPr>
  </w:p>
  <w:tbl>
    <w:tblPr>
      <w:tblW w:w="10030" w:type="dxa"/>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89"/>
      <w:gridCol w:w="5641"/>
    </w:tblGrid>
    <w:tr w:rsidR="00B26839" w14:paraId="0B04F5E3" w14:textId="77777777">
      <w:trPr>
        <w:jc w:val="center"/>
      </w:trPr>
      <w:tc>
        <w:tcPr>
          <w:tcW w:w="4392" w:type="dxa"/>
          <w:shd w:val="clear" w:color="auto" w:fill="FFFFFF"/>
          <w:tcMar>
            <w:top w:w="65" w:type="dxa"/>
            <w:left w:w="20" w:type="dxa"/>
            <w:bottom w:w="70" w:type="dxa"/>
            <w:right w:w="20" w:type="dxa"/>
          </w:tcMar>
          <w:vAlign w:val="center"/>
        </w:tcPr>
        <w:p w14:paraId="30166519" w14:textId="77777777" w:rsidR="00B26839"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663143DA" w14:textId="77777777" w:rsidR="00B26839" w:rsidRDefault="00000000">
          <w:pPr>
            <w:spacing w:after="0"/>
            <w:jc w:val="right"/>
          </w:pPr>
          <w:r>
            <w:rPr>
              <w:rFonts w:eastAsia="Cambria"/>
              <w:b/>
              <w:color w:val="030135"/>
            </w:rPr>
            <w:t>Enigma in Education</w:t>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B26839" w14:paraId="417CAD16" w14:textId="77777777">
      <w:trPr>
        <w:jc w:val="center"/>
      </w:trPr>
      <w:tc>
        <w:tcPr>
          <w:tcW w:w="4392" w:type="dxa"/>
          <w:shd w:val="clear" w:color="auto" w:fill="FFFFFF"/>
          <w:tcMar>
            <w:top w:w="65" w:type="dxa"/>
            <w:left w:w="20" w:type="dxa"/>
            <w:bottom w:w="70" w:type="dxa"/>
            <w:right w:w="20" w:type="dxa"/>
          </w:tcMar>
          <w:vAlign w:val="center"/>
        </w:tcPr>
        <w:p w14:paraId="5EDD0B9D" w14:textId="77777777" w:rsidR="00B26839"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61136E55" w14:textId="77777777" w:rsidR="00B26839" w:rsidRDefault="00000000">
          <w:pPr>
            <w:spacing w:after="0"/>
            <w:jc w:val="right"/>
          </w:pPr>
          <w:r>
            <w:rPr>
              <w:rFonts w:eastAsia="Cambria"/>
              <w:b/>
              <w:color w:val="030135"/>
            </w:rPr>
            <w:t>Enigma in Education</w:t>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jc w:val="center"/>
      <w:tblBorders>
        <w:top w:val="nil"/>
        <w:left w:val="nil"/>
        <w:bottom w:val="single" w:sz="8" w:space="0" w:color="2196F3"/>
        <w:right w:val="nil"/>
        <w:insideH w:val="nil"/>
        <w:insideV w:val="nil"/>
      </w:tblBorders>
      <w:tblLayout w:type="fixed"/>
      <w:tblLook w:val="04A0" w:firstRow="1" w:lastRow="0" w:firstColumn="1" w:lastColumn="0" w:noHBand="0" w:noVBand="1"/>
    </w:tblPr>
    <w:tblGrid>
      <w:gridCol w:w="4392"/>
      <w:gridCol w:w="5645"/>
    </w:tblGrid>
    <w:tr w:rsidR="00B26839" w14:paraId="1A93C1CA" w14:textId="77777777">
      <w:trPr>
        <w:jc w:val="center"/>
      </w:trPr>
      <w:tc>
        <w:tcPr>
          <w:tcW w:w="4392" w:type="dxa"/>
          <w:shd w:val="clear" w:color="auto" w:fill="FFFFFF"/>
          <w:tcMar>
            <w:top w:w="65" w:type="dxa"/>
            <w:left w:w="20" w:type="dxa"/>
            <w:bottom w:w="70" w:type="dxa"/>
            <w:right w:w="20" w:type="dxa"/>
          </w:tcMar>
          <w:vAlign w:val="center"/>
        </w:tcPr>
        <w:p w14:paraId="27084F5B" w14:textId="77777777" w:rsidR="00B26839" w:rsidRDefault="00000000">
          <w:pPr>
            <w:spacing w:after="0"/>
          </w:pPr>
          <w:r>
            <w:rPr>
              <w:rFonts w:eastAsia="Cambria"/>
              <w:i/>
              <w:color w:val="2980B9"/>
              <w:sz w:val="17"/>
            </w:rPr>
            <w:t>[First Author et al.]</w:t>
          </w:r>
        </w:p>
      </w:tc>
      <w:tc>
        <w:tcPr>
          <w:tcW w:w="5645" w:type="dxa"/>
          <w:shd w:val="clear" w:color="auto" w:fill="FFFFFF"/>
          <w:tcMar>
            <w:top w:w="65" w:type="dxa"/>
            <w:left w:w="20" w:type="dxa"/>
            <w:bottom w:w="70" w:type="dxa"/>
            <w:right w:w="20" w:type="dxa"/>
          </w:tcMar>
          <w:vAlign w:val="center"/>
        </w:tcPr>
        <w:p w14:paraId="04D92CAE" w14:textId="77777777" w:rsidR="00B26839" w:rsidRDefault="00000000">
          <w:pPr>
            <w:spacing w:after="0"/>
            <w:jc w:val="right"/>
          </w:pPr>
          <w:r>
            <w:rPr>
              <w:rFonts w:eastAsia="Cambria"/>
              <w:b/>
              <w:color w:val="030135"/>
            </w:rPr>
            <w:t>Enigma in Education</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04908277">
    <w:abstractNumId w:val="8"/>
  </w:num>
  <w:num w:numId="2" w16cid:durableId="781077521">
    <w:abstractNumId w:val="6"/>
  </w:num>
  <w:num w:numId="3" w16cid:durableId="354238540">
    <w:abstractNumId w:val="5"/>
  </w:num>
  <w:num w:numId="4" w16cid:durableId="501942658">
    <w:abstractNumId w:val="4"/>
  </w:num>
  <w:num w:numId="5" w16cid:durableId="487475583">
    <w:abstractNumId w:val="7"/>
  </w:num>
  <w:num w:numId="6" w16cid:durableId="1505054604">
    <w:abstractNumId w:val="3"/>
  </w:num>
  <w:num w:numId="7" w16cid:durableId="445151556">
    <w:abstractNumId w:val="2"/>
  </w:num>
  <w:num w:numId="8" w16cid:durableId="307441549">
    <w:abstractNumId w:val="1"/>
  </w:num>
  <w:num w:numId="9" w16cid:durableId="16006039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7A35"/>
    <w:rsid w:val="00326F90"/>
    <w:rsid w:val="00692414"/>
    <w:rsid w:val="00AA1D8D"/>
    <w:rsid w:val="00B26839"/>
    <w:rsid w:val="00B47730"/>
    <w:rsid w:val="00BD71B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1B36FB"/>
  <w14:defaultImageDpi w14:val="300"/>
  <w15:docId w15:val="{2BC11B97-7FD9-B749-9AC6-912255F6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40" w:lineRule="auto"/>
    </w:pPr>
    <w:rPr>
      <w:rFonts w:ascii="Cambria" w:hAnsi="Cambria"/>
      <w:color w:val="202033"/>
      <w:sz w:val="18"/>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030135"/>
      <w:sz w:val="22"/>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b/>
      <w:bCs/>
      <w:i/>
      <w:color w:val="030135"/>
      <w:sz w:val="19"/>
      <w:szCs w:val="26"/>
    </w:rPr>
  </w:style>
  <w:style w:type="paragraph" w:styleId="Heading3">
    <w:name w:val="heading 3"/>
    <w:basedOn w:val="Normal"/>
    <w:next w:val="Normal"/>
    <w:link w:val="Heading3Char"/>
    <w:uiPriority w:val="9"/>
    <w:unhideWhenUsed/>
    <w:qFormat/>
    <w:rsid w:val="00FC693F"/>
    <w:pPr>
      <w:keepNext/>
      <w:keepLines/>
      <w:spacing w:before="80" w:after="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ind w:firstLine="230"/>
      <w:jc w:val="both"/>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rPr>
      <w:rFonts w:ascii="Cambria" w:hAnsi="Cambri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12683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TITLE] - Enigma in Education</dc:title>
  <dc:subject>Manuscript template for Enigma in Education</dc:subject>
  <dc:creator>[AUTHOR NAME(S)]</dc:creator>
  <cp:keywords>[3-5 keywords]; Enigma in Education; e-ISSN 3026-5827</cp:keywords>
  <dc:description>Elsevier-inspired two-column journal template with SINTA-required declarations and Vancouver references.</dc:description>
  <cp:lastModifiedBy>patricia wulandari</cp:lastModifiedBy>
  <cp:revision>2</cp:revision>
  <dcterms:created xsi:type="dcterms:W3CDTF">2026-08-29T07:59:00Z</dcterms:created>
  <dcterms:modified xsi:type="dcterms:W3CDTF">2026-08-29T07:59:00Z</dcterms:modified>
  <cp:category>Scholarly article</cp:category>
</cp:coreProperties>
</file>